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PROMESSE D’EMBAUCHE EN ALTERNANCE</w:t>
      </w:r>
    </w:p>
    <w:p/>
    <w:p>
      <w:r>
        <w:rPr>
          <w:b/>
          <w:sz w:val="20"/>
        </w:rPr>
        <w:t>Entre les soussignés :</w:t>
      </w:r>
    </w:p>
    <w:p>
      <w:r>
        <w:rPr>
          <w:b w:val="0"/>
          <w:sz w:val="20"/>
        </w:rPr>
        <w:t>L’Entreprise : ____________________________________________________________</w:t>
      </w:r>
    </w:p>
    <w:p>
      <w:r>
        <w:rPr>
          <w:b w:val="0"/>
          <w:sz w:val="20"/>
        </w:rPr>
        <w:t>Adresse : _________________________________________________________________</w:t>
      </w:r>
    </w:p>
    <w:p>
      <w:r>
        <w:rPr>
          <w:b w:val="0"/>
          <w:sz w:val="20"/>
        </w:rPr>
        <w:t>Représentée par : _________________________________________________________</w:t>
      </w:r>
    </w:p>
    <w:p>
      <w:r>
        <w:rPr>
          <w:b w:val="0"/>
          <w:sz w:val="20"/>
        </w:rPr>
        <w:t>Qualité : _________________________________________________________________</w:t>
      </w:r>
    </w:p>
    <w:p/>
    <w:p>
      <w:r>
        <w:rPr>
          <w:b/>
          <w:sz w:val="20"/>
        </w:rPr>
        <w:t>Et le futur salarié :</w:t>
      </w:r>
    </w:p>
    <w:p>
      <w:r>
        <w:rPr>
          <w:b w:val="0"/>
          <w:sz w:val="20"/>
        </w:rPr>
        <w:t>Nom et prénom : ___________________________________________________________</w:t>
      </w:r>
    </w:p>
    <w:p>
      <w:r>
        <w:rPr>
          <w:b w:val="0"/>
          <w:sz w:val="20"/>
        </w:rPr>
        <w:t>Date et lieu de naissance : _________________________________________________</w:t>
      </w:r>
    </w:p>
    <w:p>
      <w:r>
        <w:rPr>
          <w:b w:val="0"/>
          <w:sz w:val="20"/>
        </w:rPr>
        <w:t>Adresse : _________________________________________________________________</w:t>
      </w:r>
    </w:p>
    <w:p>
      <w:r>
        <w:rPr>
          <w:b w:val="0"/>
          <w:sz w:val="20"/>
        </w:rPr>
        <w:t>Téléphone : _______________________________________________________________</w:t>
      </w:r>
    </w:p>
    <w:p/>
    <w:p>
      <w:r>
        <w:rPr>
          <w:b/>
          <w:sz w:val="20"/>
        </w:rPr>
        <w:t>Article 1 – Objet de la promesse</w:t>
      </w:r>
    </w:p>
    <w:p>
      <w:r>
        <w:rPr>
          <w:b w:val="0"/>
          <w:sz w:val="20"/>
        </w:rPr>
        <w:t>L’Entreprise s’engage à embaucher le futur salarié en contrat d’alternance (contrat d’apprentissage ou de professionnalisation, selon choix mutuel) à compter du ________________________ (date à compléter ultérieurement).</w:t>
      </w:r>
    </w:p>
    <w:p/>
    <w:p>
      <w:r>
        <w:rPr>
          <w:b/>
          <w:sz w:val="20"/>
        </w:rPr>
        <w:t>Article 2 – Poste et missions confiées</w:t>
      </w:r>
    </w:p>
    <w:p>
      <w:r>
        <w:rPr>
          <w:b w:val="0"/>
          <w:sz w:val="20"/>
        </w:rPr>
        <w:t>Le futur salarié sera recruté au poste de : _____________________________________________.</w:t>
      </w:r>
    </w:p>
    <w:p>
      <w:r>
        <w:rPr>
          <w:b w:val="0"/>
          <w:sz w:val="20"/>
        </w:rPr>
        <w:t>Les missions confiées seront notamment :</w:t>
      </w:r>
    </w:p>
    <w:p>
      <w:r>
        <w:rPr>
          <w:b w:val="0"/>
          <w:sz w:val="20"/>
        </w:rPr>
        <w:t>- ____________________________________________________________</w:t>
      </w:r>
    </w:p>
    <w:p>
      <w:r>
        <w:rPr>
          <w:b w:val="0"/>
          <w:sz w:val="20"/>
        </w:rPr>
        <w:t>- ____________________________________________________________</w:t>
      </w:r>
    </w:p>
    <w:p>
      <w:r>
        <w:rPr>
          <w:b w:val="0"/>
          <w:sz w:val="20"/>
        </w:rPr>
        <w:t>- ____________________________________________________________</w:t>
      </w:r>
    </w:p>
    <w:p/>
    <w:p>
      <w:r>
        <w:rPr>
          <w:b/>
          <w:sz w:val="20"/>
        </w:rPr>
        <w:t>Article 3 – Durée et lieu du contrat</w:t>
      </w:r>
    </w:p>
    <w:p>
      <w:r>
        <w:rPr>
          <w:b w:val="0"/>
          <w:sz w:val="20"/>
        </w:rPr>
        <w:t>Le contrat d’alternance aura une durée de ________________ (préciser la durée en mois).</w:t>
      </w:r>
    </w:p>
    <w:p>
      <w:r>
        <w:rPr>
          <w:b w:val="0"/>
          <w:sz w:val="20"/>
        </w:rPr>
        <w:t>Le lieu principal d’exécution du contrat sera : _________________________________________.</w:t>
      </w:r>
    </w:p>
    <w:p/>
    <w:p>
      <w:r>
        <w:rPr>
          <w:b/>
          <w:sz w:val="20"/>
        </w:rPr>
        <w:t>Article 4 – Rémunération</w:t>
      </w:r>
    </w:p>
    <w:p>
      <w:r>
        <w:rPr>
          <w:b w:val="0"/>
          <w:sz w:val="20"/>
        </w:rPr>
        <w:t>La rémunération brut mensuelle prévue pour le futur salarié sera conforme aux dispositions légales en vigueur, tenant compte de son âge, de son niveau de formation et de la convention collective applicable.</w:t>
      </w:r>
    </w:p>
    <w:p>
      <w:r>
        <w:rPr>
          <w:b w:val="0"/>
          <w:sz w:val="20"/>
        </w:rPr>
        <w:t>Montant indicatif : _______________ EUR brut par mois.</w:t>
      </w:r>
    </w:p>
    <w:p/>
    <w:p>
      <w:r>
        <w:rPr>
          <w:b/>
          <w:sz w:val="20"/>
        </w:rPr>
        <w:t>Article 5 – Formation théorique</w:t>
      </w:r>
    </w:p>
    <w:p>
      <w:r>
        <w:rPr>
          <w:b w:val="0"/>
          <w:sz w:val="20"/>
        </w:rPr>
        <w:t>Le futur salarié suivra une formation théorique au sein de l’organisme de formation suivant : _________________________________.</w:t>
      </w:r>
    </w:p>
    <w:p>
      <w:r>
        <w:rPr>
          <w:b w:val="0"/>
          <w:sz w:val="20"/>
        </w:rPr>
        <w:t>Le rythme d’alternance entre l’entreprise et le centre de formation sera établi conformément au contrat d’alternance.</w:t>
      </w:r>
    </w:p>
    <w:p/>
    <w:p>
      <w:r>
        <w:rPr>
          <w:b/>
          <w:sz w:val="20"/>
        </w:rPr>
        <w:t>Article 6 – Conditions suspensives</w:t>
      </w:r>
    </w:p>
    <w:p>
      <w:r>
        <w:rPr>
          <w:b w:val="0"/>
          <w:sz w:val="20"/>
        </w:rPr>
        <w:t>Cette promesse d’embauche est conclue sous réserve de l’obtention par le futur salarié d’un accord écrit avec l’organisme de formation et de l’acceptation par les autorités compétentes du contrat d’alternance.</w:t>
      </w:r>
    </w:p>
    <w:p/>
    <w:p>
      <w:r>
        <w:rPr>
          <w:b/>
          <w:sz w:val="20"/>
        </w:rPr>
        <w:t>Article 7 – Engagements</w:t>
      </w:r>
    </w:p>
    <w:p>
      <w:r>
        <w:rPr>
          <w:b w:val="0"/>
          <w:sz w:val="20"/>
        </w:rPr>
        <w:t>L’Entreprise s’engage à respecter les termes du contrat d’alternance et à fournir un encadrement adapté au futur salarié.</w:t>
      </w:r>
    </w:p>
    <w:p>
      <w:r>
        <w:rPr>
          <w:b w:val="0"/>
          <w:sz w:val="20"/>
        </w:rPr>
        <w:t>Le futur salarié s’engage à respecter les obligations liées au contrat d’alternance, notamment la présence et l’assiduité en entreprise et en centre de formation.</w:t>
      </w:r>
    </w:p>
    <w:p/>
    <w:p>
      <w:r>
        <w:rPr>
          <w:b/>
          <w:sz w:val="20"/>
        </w:rPr>
        <w:t>Article 8 – Rupture de la promesse</w:t>
      </w:r>
    </w:p>
    <w:p>
      <w:r>
        <w:rPr>
          <w:b w:val="0"/>
          <w:sz w:val="20"/>
        </w:rPr>
        <w:t>En cas de non-respect des conditions prévues dans cette promesse, l’une ou l’autre des parties pourra renoncer à l’embauche sans indemnité, sous réserve d’en informer l’autre partie par écrit dans les meilleurs délais.</w:t>
      </w:r>
    </w:p>
    <w:p/>
    <w:p>
      <w:r>
        <w:rPr>
          <w:b/>
          <w:sz w:val="20"/>
        </w:rPr>
        <w:t>Article 9 – Loi applicable et juridiction compétente</w:t>
      </w:r>
    </w:p>
    <w:p>
      <w:r>
        <w:rPr>
          <w:b w:val="0"/>
          <w:sz w:val="20"/>
        </w:rPr>
        <w:t>La présente promesse est régie par le droit français.</w:t>
      </w:r>
    </w:p>
    <w:p>
      <w:r>
        <w:rPr>
          <w:b w:val="0"/>
          <w:sz w:val="20"/>
        </w:rPr>
        <w:t>Tout litige relatif à l’interprétation, l’exécution ou la validité de cette promesse sera soumis aux juridictions compétentes conformément à la loi.</w:t>
      </w:r>
    </w:p>
    <w:p/>
    <w:p/>
    <w:p>
      <w:r>
        <w:rPr>
          <w:b w:val="0"/>
          <w:sz w:val="20"/>
        </w:rPr>
        <w:t>Lieu de signature : ___________________________________________________________</w:t>
      </w:r>
    </w:p>
    <w:p>
      <w:r>
        <w:rPr>
          <w:b w:val="0"/>
          <w:sz w:val="20"/>
        </w:rPr>
        <w:t>Date de signature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L’ENTREPRISE</w:t>
            </w:r>
          </w:p>
        </w:tc>
        <w:tc>
          <w:tcPr>
            <w:tcW w:type="dxa" w:w="4986"/>
            <w:tcBorders>
              <w:top w:val="nil"/>
              <w:left w:val="nil"/>
              <w:bottom w:val="nil"/>
              <w:right w:val="nil"/>
              <w:insideH w:val="nil"/>
              <w:insideV w:val="nil"/>
            </w:tcBorders>
          </w:tcPr>
          <w:p>
            <w:pPr>
              <w:jc w:val="center"/>
            </w:pPr>
            <w:r>
              <w:t>LE FUTUR 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w:t>
            </w:r>
          </w:p>
        </w:tc>
        <w:tc>
          <w:tcPr>
            <w:tcW w:type="dxa" w:w="4986"/>
            <w:tcBorders>
              <w:top w:val="nil"/>
              <w:left w:val="nil"/>
              <w:bottom w:val="nil"/>
              <w:right w:val="nil"/>
              <w:insideH w:val="nil"/>
              <w:insideV w:val="nil"/>
            </w:tcBorders>
          </w:tcPr>
          <w:p>
            <w:pPr>
              <w:jc w:val="center"/>
            </w:pPr>
            <w:r>
              <w:t>Nom : 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https://juridique-travail.com/promesse-d'embauche-alternance/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promesse-d'embauche-alternanc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