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NOTIFICATION DE FIN DE CONTRAT</w:t>
      </w:r>
    </w:p>
    <w:p/>
    <w:p>
      <w:r>
        <w:rPr>
          <w:b/>
          <w:sz w:val="20"/>
        </w:rPr>
        <w:t>Destinataire :</w:t>
      </w:r>
    </w:p>
    <w:p>
      <w:r>
        <w:rPr>
          <w:b w:val="0"/>
          <w:sz w:val="20"/>
        </w:rPr>
        <w:t>Nom / Raison sociale : ____________________________________________</w:t>
      </w:r>
    </w:p>
    <w:p>
      <w:r>
        <w:rPr>
          <w:b w:val="0"/>
          <w:sz w:val="20"/>
        </w:rPr>
        <w:t>Adresse : ________________________________________________________</w:t>
      </w:r>
    </w:p>
    <w:p>
      <w:r>
        <w:rPr>
          <w:b w:val="0"/>
          <w:sz w:val="20"/>
        </w:rPr>
        <w:t>Code postal / Ville : ______________________________________________</w:t>
      </w:r>
    </w:p>
    <w:p/>
    <w:p>
      <w:r>
        <w:rPr>
          <w:b/>
          <w:sz w:val="20"/>
        </w:rPr>
        <w:t>Émetteur :</w:t>
      </w:r>
    </w:p>
    <w:p>
      <w:r>
        <w:rPr>
          <w:b w:val="0"/>
          <w:sz w:val="20"/>
        </w:rPr>
        <w:t>Nom / Raison sociale : ____________________________________________</w:t>
      </w:r>
    </w:p>
    <w:p>
      <w:r>
        <w:rPr>
          <w:b w:val="0"/>
          <w:sz w:val="20"/>
        </w:rPr>
        <w:t>Adresse : ________________________________________________________</w:t>
      </w:r>
    </w:p>
    <w:p>
      <w:r>
        <w:rPr>
          <w:b w:val="0"/>
          <w:sz w:val="20"/>
        </w:rPr>
        <w:t>Code postal / Ville : ______________________________________________</w:t>
      </w:r>
    </w:p>
    <w:p/>
    <w:p>
      <w:r>
        <w:rPr>
          <w:b/>
          <w:sz w:val="20"/>
        </w:rPr>
        <w:t>Objet : Notification de fin de contrat</w:t>
      </w:r>
    </w:p>
    <w:p/>
    <w:p>
      <w:r>
        <w:rPr>
          <w:b w:val="0"/>
          <w:sz w:val="20"/>
        </w:rPr>
        <w:t>Madame, Monsieur,</w:t>
      </w:r>
    </w:p>
    <w:p/>
    <w:p>
      <w:r>
        <w:rPr>
          <w:b w:val="0"/>
          <w:sz w:val="20"/>
        </w:rPr>
        <w:t>Par la présente, nous vous informons de la fin du contrat liant nos parties, conformément aux stipulations contractuelles et au droit en vigueur. Cette notification est effectuée dans le respect des délais et modalités prévus par les clauses du contrat.</w:t>
      </w:r>
    </w:p>
    <w:p/>
    <w:p>
      <w:r>
        <w:rPr>
          <w:b/>
          <w:sz w:val="20"/>
        </w:rPr>
        <w:t>Références du contrat :</w:t>
      </w:r>
    </w:p>
    <w:p>
      <w:r>
        <w:rPr>
          <w:b w:val="0"/>
          <w:sz w:val="20"/>
        </w:rPr>
        <w:t>Numéro/Référence : ________________________________________________</w:t>
      </w:r>
    </w:p>
    <w:p>
      <w:r>
        <w:rPr>
          <w:b w:val="0"/>
          <w:sz w:val="20"/>
        </w:rPr>
        <w:t>Date de conclusion : _______________________________________________</w:t>
      </w:r>
    </w:p>
    <w:p>
      <w:r>
        <w:rPr>
          <w:b w:val="0"/>
          <w:sz w:val="20"/>
        </w:rPr>
        <w:t>Type de contrat : _________________________________________________</w:t>
      </w:r>
    </w:p>
    <w:p/>
    <w:p>
      <w:r>
        <w:rPr>
          <w:b/>
          <w:sz w:val="20"/>
        </w:rPr>
        <w:t>Motifs de la fin de contrat :</w:t>
      </w:r>
    </w:p>
    <w:p>
      <w:r>
        <w:rPr>
          <w:b w:val="0"/>
          <w:sz w:val="20"/>
        </w:rPr>
        <w:t>_________________________________________________________________</w:t>
      </w:r>
    </w:p>
    <w:p>
      <w:r>
        <w:rPr>
          <w:b w:val="0"/>
          <w:sz w:val="20"/>
        </w:rPr>
        <w:t>_________________________________________________________________</w:t>
      </w:r>
    </w:p>
    <w:p>
      <w:r>
        <w:rPr>
          <w:b w:val="0"/>
          <w:sz w:val="20"/>
        </w:rPr>
        <w:t>_________________________________________________________________</w:t>
      </w:r>
    </w:p>
    <w:p/>
    <w:p>
      <w:r>
        <w:rPr>
          <w:b/>
          <w:sz w:val="20"/>
        </w:rPr>
        <w:t>Modalités de la fin de contrat :</w:t>
      </w:r>
    </w:p>
    <w:p>
      <w:r>
        <w:rPr>
          <w:b w:val="0"/>
          <w:sz w:val="20"/>
        </w:rPr>
        <w:t>La fin du contrat prendra effet à l’expiration du délai légal ou contractuel applicable et s’accompagnera des obligations suivantes :</w:t>
      </w:r>
    </w:p>
    <w:p>
      <w:r>
        <w:rPr>
          <w:b w:val="0"/>
          <w:sz w:val="20"/>
        </w:rPr>
        <w:t>- Restitution des biens ou documents appartenant à la partie adverse</w:t>
      </w:r>
    </w:p>
    <w:p>
      <w:r>
        <w:rPr>
          <w:b w:val="0"/>
          <w:sz w:val="20"/>
        </w:rPr>
        <w:t>- Réalisation des dernières prestations ou services prévus</w:t>
      </w:r>
    </w:p>
    <w:p>
      <w:r>
        <w:rPr>
          <w:b w:val="0"/>
          <w:sz w:val="20"/>
        </w:rPr>
        <w:t>- Paiement des sommes dues au titre du contrat</w:t>
      </w:r>
    </w:p>
    <w:p>
      <w:r>
        <w:rPr>
          <w:b w:val="0"/>
          <w:sz w:val="20"/>
        </w:rPr>
        <w:t>- Autres modalités contractuelles spécifiques : _____________________</w:t>
      </w:r>
    </w:p>
    <w:p/>
    <w:p>
      <w:r>
        <w:rPr>
          <w:b/>
          <w:sz w:val="20"/>
        </w:rPr>
        <w:t>Conséquences de la fin de contrat :</w:t>
      </w:r>
    </w:p>
    <w:p>
      <w:r>
        <w:rPr>
          <w:b w:val="0"/>
          <w:sz w:val="20"/>
        </w:rPr>
        <w:t>Chaque partie s’engage à respecter les obligations nées de la fin du contrat, notamment en matière de confidentialité, non-concurrence, garantie ou assistance post-contractuelle, dans les conditions prévues par le contrat et la loi.</w:t>
      </w:r>
    </w:p>
    <w:p/>
    <w:p>
      <w:r>
        <w:rPr>
          <w:b/>
          <w:sz w:val="20"/>
        </w:rPr>
        <w:t>Demande d'accusé de réception :</w:t>
      </w:r>
    </w:p>
    <w:p>
      <w:r>
        <w:rPr>
          <w:b w:val="0"/>
          <w:sz w:val="20"/>
        </w:rPr>
        <w:t>Nous vous prions de bien vouloir accuser réception de la présente notification par retour de courrier ou tout autre moyen accepté.</w:t>
      </w:r>
    </w:p>
    <w:p/>
    <w:p>
      <w:r>
        <w:rPr>
          <w:b/>
          <w:sz w:val="20"/>
        </w:rPr>
        <w:t>Coordonnées pour contact :</w:t>
      </w:r>
    </w:p>
    <w:p>
      <w:r>
        <w:rPr>
          <w:b w:val="0"/>
          <w:sz w:val="20"/>
        </w:rPr>
        <w:t>Nom : ____________________________________________________________</w:t>
      </w:r>
    </w:p>
    <w:p>
      <w:r>
        <w:rPr>
          <w:b w:val="0"/>
          <w:sz w:val="20"/>
        </w:rPr>
        <w:t>Téléphone : ______________________________________________________</w:t>
      </w:r>
    </w:p>
    <w:p>
      <w:r>
        <w:rPr>
          <w:b w:val="0"/>
          <w:sz w:val="20"/>
        </w:rPr>
        <w:t>Adresse e-mail : _________________________________________________</w:t>
      </w:r>
    </w:p>
    <w:p/>
    <w:p/>
    <w:p>
      <w:r>
        <w:rPr>
          <w:b w:val="0"/>
          <w:sz w:val="20"/>
        </w:rPr>
        <w:t>Nous vous remercions de votre attention et restons à votre disposition pour tout renseignement complémentaire.</w:t>
      </w:r>
    </w:p>
    <w:p/>
    <w:p>
      <w:r>
        <w:rPr>
          <w:b w:val="0"/>
          <w:sz w:val="20"/>
        </w:rPr>
        <w:t>Veuillez agréer, Madame, Monsieur, l’expression de nos salutations distinguées.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ÉMETTEUR</w:t>
            </w:r>
          </w:p>
        </w:tc>
        <w:tc>
          <w:tcPr>
            <w:tcW w:type="dxa" w:w="4986"/>
            <w:tcBorders>
              <w:top w:val="nil"/>
              <w:left w:val="nil"/>
              <w:bottom w:val="nil"/>
              <w:right w:val="nil"/>
              <w:insideH w:val="nil"/>
              <w:insideV w:val="nil"/>
            </w:tcBorders>
          </w:tcPr>
          <w:p>
            <w:pPr>
              <w:jc w:val="center"/>
            </w:pPr>
            <w:r>
              <w:t>DESTINATAIRE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https://juridique-travail.com/notification-de-fin-de-contrat/</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notification-de-fin-de-contrat/"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