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RÉSILIATION DU SYNDICAT FO</w:t>
      </w:r>
    </w:p>
    <w:p/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>
      <w:r>
        <w:rPr>
          <w:b w:val="0"/>
          <w:sz w:val="20"/>
        </w:rPr>
        <w:t>Téléphone : ___________________________________________________</w:t>
      </w:r>
    </w:p>
    <w:p>
      <w:r>
        <w:rPr>
          <w:b w:val="0"/>
          <w:sz w:val="20"/>
        </w:rPr>
        <w:t>Adresse e-mail : ______________________________________________</w:t>
      </w:r>
    </w:p>
    <w:p/>
    <w:p/>
    <w:p>
      <w:r>
        <w:rPr>
          <w:b/>
          <w:sz w:val="20"/>
        </w:rPr>
        <w:t>Syndicat FO</w:t>
      </w:r>
    </w:p>
    <w:p>
      <w:r>
        <w:rPr>
          <w:b w:val="0"/>
          <w:sz w:val="20"/>
        </w:rPr>
        <w:t>Adresse du Syndicat : 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/>
    <w:p/>
    <w:p>
      <w:r>
        <w:rPr>
          <w:b/>
          <w:sz w:val="20"/>
        </w:rPr>
        <w:t>Objet : Résiliation de mon adhésion au Syndicat FO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vous informe par la présente de ma décision de résilier mon adhésion au Syndicat FO.</w:t>
      </w:r>
    </w:p>
    <w:p>
      <w:r>
        <w:rPr>
          <w:b w:val="0"/>
          <w:sz w:val="20"/>
        </w:rPr>
        <w:t>Conformément aux statuts et au règlement intérieur du syndicat, cette résiliation prendra effet à l’issue du préavis légal ou contractuel applicable.</w:t>
      </w:r>
    </w:p>
    <w:p>
      <w:r>
        <w:rPr>
          <w:b w:val="0"/>
          <w:sz w:val="20"/>
        </w:rPr>
        <w:t>Je vous prie de bien vouloir prendre acte de cette décision et de procéder à la clôture de mon dossier d’adhérent.</w:t>
      </w:r>
    </w:p>
    <w:p/>
    <w:p>
      <w:r>
        <w:rPr>
          <w:b w:val="0"/>
          <w:sz w:val="20"/>
        </w:rPr>
        <w:t>Je vous remercie de bien vouloir m’adresser une confirmation écrite de la prise en compte de cette résiliation.</w:t>
      </w:r>
    </w:p>
    <w:p/>
    <w:p>
      <w:r>
        <w:rPr>
          <w:b w:val="0"/>
          <w:sz w:val="20"/>
        </w:rPr>
        <w:t>Je reste à votre disposition pour toute information complémentaire.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p>
      <w:r>
        <w:rPr>
          <w:b w:val="0"/>
          <w:sz w:val="20"/>
        </w:rPr>
        <w:t>Fait à : ____________________________________</w:t>
      </w:r>
    </w:p>
    <w:p>
      <w:r>
        <w:rPr>
          <w:b w:val="0"/>
          <w:sz w:val="20"/>
        </w:rPr>
        <w:t>Le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Syndicat FO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https://juridique-travail.com/modele-lettre-resiliation-syndicat-fo/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resiliation-syndicat-fo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