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Modèle de Lettre de Départ en Retraite – Employeur</w:t>
      </w:r>
    </w:p>
    <w:p/>
    <w:p/>
    <w:p>
      <w:r>
        <w:rPr>
          <w:b/>
          <w:sz w:val="20"/>
        </w:rPr>
        <w:t>Nom de l’entreprise : ____________________________</w:t>
      </w:r>
    </w:p>
    <w:p>
      <w:r>
        <w:rPr>
          <w:b w:val="0"/>
          <w:sz w:val="20"/>
        </w:rPr>
        <w:t>Adresse : _________________________________________</w:t>
      </w:r>
    </w:p>
    <w:p>
      <w:r>
        <w:rPr>
          <w:b w:val="0"/>
          <w:sz w:val="20"/>
        </w:rPr>
        <w:t>Téléphone : _______________________________________</w:t>
      </w:r>
    </w:p>
    <w:p>
      <w:r>
        <w:rPr>
          <w:b w:val="0"/>
          <w:sz w:val="20"/>
        </w:rPr>
        <w:t>Email : ___________________________________________</w:t>
      </w:r>
    </w:p>
    <w:p/>
    <w:p/>
    <w:p>
      <w:r>
        <w:rPr>
          <w:b/>
          <w:sz w:val="20"/>
        </w:rPr>
        <w:t>À l’attention de :</w:t>
      </w:r>
    </w:p>
    <w:p>
      <w:r>
        <w:rPr>
          <w:b w:val="0"/>
          <w:sz w:val="20"/>
        </w:rPr>
        <w:t>Monsieur/Madame : ________________________________</w:t>
      </w:r>
    </w:p>
    <w:p>
      <w:r>
        <w:rPr>
          <w:b w:val="0"/>
          <w:sz w:val="20"/>
        </w:rPr>
        <w:t>Fonction : _________________________________________</w:t>
      </w:r>
    </w:p>
    <w:p>
      <w:r>
        <w:rPr>
          <w:b w:val="0"/>
          <w:sz w:val="20"/>
        </w:rPr>
        <w:t>Service/Référence : ________________________________</w:t>
      </w:r>
    </w:p>
    <w:p/>
    <w:p/>
    <w:p>
      <w:r>
        <w:rPr>
          <w:b/>
          <w:sz w:val="20"/>
        </w:rPr>
        <w:t>Objet : Confirmation de départ à la retraite</w:t>
      </w:r>
    </w:p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Par la présente, nous vous informons que nous prenons acte de votre départ à la retraite à compter du jour où vous cesserez vos fonctions au sein de notre entreprise.</w:t>
      </w:r>
    </w:p>
    <w:p/>
    <w:p>
      <w:r>
        <w:rPr>
          <w:b w:val="0"/>
          <w:sz w:val="20"/>
        </w:rPr>
        <w:t>Nous tenons à vous exprimer notre reconnaissance pour les années de service et d’engagement que vous avez consacrées à notre société.</w:t>
      </w:r>
    </w:p>
    <w:p/>
    <w:p>
      <w:r>
        <w:rPr>
          <w:b w:val="0"/>
          <w:sz w:val="20"/>
        </w:rPr>
        <w:t>Conformément aux dispositions légales et conventionnelles en vigueur, nous procéderons aux formalités liées à votre départ, notamment la remise de votre certificat de travail, de l’attestation Pôle emploi, et le solde de tout compte.</w:t>
      </w:r>
    </w:p>
    <w:p/>
    <w:p>
      <w:r>
        <w:rPr>
          <w:b w:val="0"/>
          <w:sz w:val="20"/>
        </w:rPr>
        <w:t>Nous restons bien entendu à votre disposition pour toute information complémentaire ou rendez-vous nécessaire avant votre départ effectif.</w:t>
      </w:r>
    </w:p>
    <w:p/>
    <w:p>
      <w:r>
        <w:rPr>
          <w:b w:val="0"/>
          <w:sz w:val="20"/>
        </w:rPr>
        <w:t>Nous vous souhaitons une excellente continuation dans cette nouvelle étape de votre vie.</w:t>
      </w:r>
    </w:p>
    <w:p/>
    <w:p/>
    <w:p>
      <w:r>
        <w:rPr>
          <w:b w:val="0"/>
          <w:sz w:val="20"/>
        </w:rPr>
        <w:t>Veuillez recevoir, Madame, Monsieur, nos salutations distinguées.</w:t>
      </w:r>
    </w:p>
    <w:p/>
    <w:p/>
    <w:p/>
    <w:p>
      <w:r>
        <w:rPr>
          <w:b/>
          <w:sz w:val="20"/>
        </w:rPr>
        <w:t>Signature de l’employeur :</w:t>
      </w:r>
    </w:p>
    <w:p>
      <w:r>
        <w:rPr>
          <w:b w:val="0"/>
          <w:sz w:val="20"/>
        </w:rPr>
        <w:t>Nom et fonction : __________________________________</w:t>
      </w:r>
    </w:p>
    <w:p>
      <w:r>
        <w:rPr>
          <w:b w:val="0"/>
          <w:sz w:val="20"/>
        </w:rPr>
        <w:t>Date : 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Salarié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https://juridique-travail.com/modele-lettre-depart-retraite-pour-employeur/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https://juridique-travail.com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juridique-travail.com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travail.com/modele-lettre-depart-retraite-pour-employeur/" TargetMode="External"/><Relationship Id="rId10" Type="http://schemas.openxmlformats.org/officeDocument/2006/relationships/hyperlink" Target="https://juridique-trav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