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DE DÉPART À LA RETRAITE POUR CARRIÈRE LONGUE</w:t>
      </w:r>
    </w:p>
    <w:p/>
    <w:p/>
    <w:p>
      <w:r>
        <w:rPr>
          <w:b w:val="0"/>
          <w:sz w:val="20"/>
        </w:rPr>
        <w:t>Nom, Prénom</w:t>
      </w:r>
    </w:p>
    <w:p>
      <w:r>
        <w:rPr>
          <w:b w:val="0"/>
          <w:sz w:val="20"/>
        </w:rPr>
        <w:t>Adresse</w:t>
      </w:r>
    </w:p>
    <w:p>
      <w:r>
        <w:rPr>
          <w:b w:val="0"/>
          <w:sz w:val="20"/>
        </w:rPr>
        <w:t>Code postal - Ville</w:t>
      </w:r>
    </w:p>
    <w:p>
      <w:r>
        <w:rPr>
          <w:b w:val="0"/>
          <w:sz w:val="20"/>
        </w:rPr>
        <w:t>Téléphone</w:t>
      </w:r>
    </w:p>
    <w:p>
      <w:r>
        <w:rPr>
          <w:b w:val="0"/>
          <w:sz w:val="20"/>
        </w:rPr>
        <w:t>Adresse e-mail</w:t>
      </w:r>
    </w:p>
    <w:p/>
    <w:p/>
    <w:p>
      <w:r>
        <w:rPr>
          <w:b/>
          <w:sz w:val="20"/>
        </w:rPr>
        <w:t>Nom de l’employeur ou de la société</w:t>
      </w:r>
    </w:p>
    <w:p>
      <w:r>
        <w:rPr>
          <w:b w:val="0"/>
          <w:sz w:val="20"/>
        </w:rPr>
        <w:t>Adresse de l’entreprise</w:t>
      </w:r>
    </w:p>
    <w:p>
      <w:r>
        <w:rPr>
          <w:b w:val="0"/>
          <w:sz w:val="20"/>
        </w:rPr>
        <w:t>Code postal - Ville</w:t>
      </w:r>
    </w:p>
    <w:p/>
    <w:p/>
    <w:p>
      <w:r>
        <w:rPr>
          <w:b/>
          <w:sz w:val="20"/>
        </w:rPr>
        <w:t>Objet : Notification de départ à la retraite pour carrière longue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souhaite vous informer de ma décision de prendre ma retraite anticipée au titre de la carrière longue, conformément aux dispositions légales en vigueur en France.</w:t>
      </w:r>
    </w:p>
    <w:p/>
    <w:p>
      <w:r>
        <w:rPr>
          <w:b w:val="0"/>
          <w:sz w:val="20"/>
        </w:rPr>
        <w:t>En effet, après avoir accompli la durée d'assurance nécessaire et rempli les conditions d'âge, je remplis les critères pour bénéficier d’un départ anticipé à la retraite pour carrière longue.</w:t>
      </w:r>
    </w:p>
    <w:p/>
    <w:p>
      <w:r>
        <w:rPr>
          <w:b w:val="0"/>
          <w:sz w:val="20"/>
        </w:rPr>
        <w:t>Je vous informe donc de mon souhait de mettre fin à mon contrat de travail à compter du jour précédant la date de mon départ à la retraite effective.</w:t>
      </w:r>
    </w:p>
    <w:p/>
    <w:p>
      <w:r>
        <w:rPr>
          <w:b w:val="0"/>
          <w:sz w:val="20"/>
        </w:rPr>
        <w:t>Je reste à votre disposition pour organiser les modalités de mon départ ainsi que pour effectuer les démarches administratives nécessaires.</w:t>
      </w:r>
    </w:p>
    <w:p/>
    <w:p>
      <w:r>
        <w:rPr>
          <w:b w:val="0"/>
          <w:sz w:val="20"/>
        </w:rPr>
        <w:t>Je vous remercie par avance de bien vouloir prendre acte de ma demande et de m’adresser, le cas échéant, les documents relatifs à la cessation de mon contrat de travail.</w:t>
      </w:r>
    </w:p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/>
    <w:p>
      <w:r>
        <w:rPr>
          <w:b w:val="0"/>
          <w:sz w:val="20"/>
        </w:rPr>
        <w:t>Signature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salarié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L’employeur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https://juridique-travail.com/modele-lettre-depart-retraite-carriere-longue/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lettre-depart-retraite-carriere-longue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