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Modèle de Lettre de Demande de Poste de Nuit</w:t>
      </w:r>
    </w:p>
    <w:p/>
    <w:p/>
    <w:p>
      <w:r>
        <w:rPr>
          <w:b w:val="0"/>
          <w:sz w:val="20"/>
        </w:rPr>
        <w:t>Nom et Prénom : ______________________________________________</w:t>
      </w:r>
    </w:p>
    <w:p>
      <w:r>
        <w:rPr>
          <w:b w:val="0"/>
          <w:sz w:val="20"/>
        </w:rPr>
        <w:t>Adresse : _____________________________________________________</w:t>
      </w:r>
    </w:p>
    <w:p>
      <w:r>
        <w:rPr>
          <w:b w:val="0"/>
          <w:sz w:val="20"/>
        </w:rPr>
        <w:t>Code Postal / Ville : __________________________________________</w:t>
      </w:r>
    </w:p>
    <w:p>
      <w:r>
        <w:rPr>
          <w:b w:val="0"/>
          <w:sz w:val="20"/>
        </w:rPr>
        <w:t>Téléphone : _________________________________________________</w:t>
      </w:r>
    </w:p>
    <w:p>
      <w:r>
        <w:rPr>
          <w:b w:val="0"/>
          <w:sz w:val="20"/>
        </w:rPr>
        <w:t>Adresse e-mail : ______________________________________________</w:t>
      </w:r>
    </w:p>
    <w:p/>
    <w:p/>
    <w:p>
      <w:r>
        <w:rPr>
          <w:b w:val="0"/>
          <w:sz w:val="20"/>
        </w:rPr>
        <w:t>À</w:t>
      </w:r>
    </w:p>
    <w:p>
      <w:r>
        <w:rPr>
          <w:b w:val="0"/>
          <w:sz w:val="20"/>
        </w:rPr>
        <w:t>Monsieur le Directeur / Madame la Directrice</w:t>
      </w:r>
    </w:p>
    <w:p>
      <w:r>
        <w:rPr>
          <w:b w:val="0"/>
          <w:sz w:val="20"/>
        </w:rPr>
        <w:t>Nom de l’établissement / de l’entreprise</w:t>
      </w:r>
    </w:p>
    <w:p>
      <w:r>
        <w:rPr>
          <w:b w:val="0"/>
          <w:sz w:val="20"/>
        </w:rPr>
        <w:t>Adresse</w:t>
      </w:r>
    </w:p>
    <w:p>
      <w:r>
        <w:rPr>
          <w:b w:val="0"/>
          <w:sz w:val="20"/>
        </w:rPr>
        <w:t>Code Postal / Ville</w:t>
      </w:r>
    </w:p>
    <w:p/>
    <w:p/>
    <w:p>
      <w:r>
        <w:rPr>
          <w:b/>
          <w:sz w:val="20"/>
        </w:rPr>
        <w:t>Objet : Demande de poste de nuit</w:t>
      </w:r>
    </w:p>
    <w:p/>
    <w:p/>
    <w:p>
      <w:r>
        <w:rPr>
          <w:b w:val="0"/>
          <w:sz w:val="20"/>
        </w:rPr>
        <w:t>Madame, Monsieur,</w:t>
      </w:r>
    </w:p>
    <w:p/>
    <w:p>
      <w:r>
        <w:rPr>
          <w:b w:val="0"/>
          <w:sz w:val="20"/>
        </w:rPr>
        <w:t>Je me permets de vous adresser la présente lettre afin de solliciter un poste de nuit au sein de votre établissement. Actuellement en poste / à la recherche d’un emploi, je souhaite intégrer votre équipe pour exercer mes compétences durant les horaires nocturnes.</w:t>
      </w:r>
    </w:p>
    <w:p/>
    <w:p>
      <w:r>
        <w:rPr>
          <w:b w:val="0"/>
          <w:sz w:val="20"/>
        </w:rPr>
        <w:t>Conscient(e) des exigences et des responsabilités liées à ce type de travail, je suis prêt(e) à respecter rigoureusement les consignes de sécurité et les procédures spécifiques au poste. Mon expérience professionnelle et ma capacité d’adaptation me permettent d’assurer un service de qualité durant la nuit.</w:t>
      </w:r>
    </w:p>
    <w:p/>
    <w:p>
      <w:r>
        <w:rPr>
          <w:b w:val="0"/>
          <w:sz w:val="20"/>
        </w:rPr>
        <w:t>Je reste à votre disposition pour toute information complémentaire ou pour convenir d’un entretien à votre convenance, au cours duquel je pourrai vous exposer plus en détail ma motivation et mes qualifications.</w:t>
      </w:r>
    </w:p>
    <w:p/>
    <w:p/>
    <w:p>
      <w:r>
        <w:rPr>
          <w:b w:val="0"/>
          <w:sz w:val="20"/>
        </w:rPr>
        <w:t>Dans l’attente de votre réponse, je vous prie d’agréer, Madame, Monsieur, l’expression de mes salutations distinguées.</w:t>
      </w:r>
    </w:p>
    <w:p/>
    <w:p/>
    <w:p/>
    <w:p>
      <w:r>
        <w:rPr>
          <w:b w:val="0"/>
          <w:sz w:val="20"/>
        </w:rPr>
        <w:t>Signature :</w:t>
      </w:r>
    </w:p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https://juridique-travail.com/modele-lettre-demande-poste-de-nuit/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https://juridique-travail.com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juridique-travail.com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travail.com/modele-lettre-demande-poste-de-nuit/" TargetMode="External"/><Relationship Id="rId10" Type="http://schemas.openxmlformats.org/officeDocument/2006/relationships/hyperlink" Target="https://juridique-trav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