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Demande de Visite de Reprise</w:t>
      </w:r>
    </w:p>
    <w:p/>
    <w:p/>
    <w:p>
      <w:r>
        <w:rPr>
          <w:b w:val="0"/>
          <w:sz w:val="20"/>
        </w:rPr>
        <w:t>Nom, Prénom : ______________________________________________</w:t>
      </w:r>
    </w:p>
    <w:p>
      <w:r>
        <w:rPr>
          <w:b w:val="0"/>
          <w:sz w:val="20"/>
        </w:rPr>
        <w:t>Adresse : _________________________________________________</w:t>
      </w:r>
    </w:p>
    <w:p>
      <w:r>
        <w:rPr>
          <w:b w:val="0"/>
          <w:sz w:val="20"/>
        </w:rPr>
        <w:t>Code postal / Ville : _______________________________________</w:t>
      </w:r>
    </w:p>
    <w:p>
      <w:r>
        <w:rPr>
          <w:b w:val="0"/>
          <w:sz w:val="20"/>
        </w:rPr>
        <w:t>Téléphone : ________________________________________________</w:t>
      </w:r>
    </w:p>
    <w:p>
      <w:r>
        <w:rPr>
          <w:b w:val="0"/>
          <w:sz w:val="20"/>
        </w:rPr>
        <w:t>Adresse mail : _____________________________________________</w:t>
      </w:r>
    </w:p>
    <w:p/>
    <w:p/>
    <w:p>
      <w:r>
        <w:rPr>
          <w:b w:val="0"/>
          <w:sz w:val="20"/>
        </w:rPr>
        <w:t>À</w:t>
      </w:r>
    </w:p>
    <w:p>
      <w:r>
        <w:rPr>
          <w:b w:val="0"/>
          <w:sz w:val="20"/>
        </w:rPr>
        <w:t>Nom de l’entreprise : _______________________________________</w:t>
      </w:r>
    </w:p>
    <w:p>
      <w:r>
        <w:rPr>
          <w:b w:val="0"/>
          <w:sz w:val="20"/>
        </w:rPr>
        <w:t>À l'attention de : __________________________________________</w:t>
      </w:r>
    </w:p>
    <w:p>
      <w:r>
        <w:rPr>
          <w:b w:val="0"/>
          <w:sz w:val="20"/>
        </w:rPr>
        <w:t>Adresse : _________________________________________________</w:t>
      </w:r>
    </w:p>
    <w:p>
      <w:r>
        <w:rPr>
          <w:b w:val="0"/>
          <w:sz w:val="20"/>
        </w:rPr>
        <w:t>Code postal / Ville : _______________________________________</w:t>
      </w:r>
    </w:p>
    <w:p/>
    <w:p/>
    <w:p>
      <w:r>
        <w:rPr>
          <w:b/>
          <w:sz w:val="20"/>
        </w:rPr>
        <w:t>Objet : Demande de visite de reprise</w:t>
      </w:r>
    </w:p>
    <w:p/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Salarié(e) au sein de votre entreprise, je vous adresse la présente lettre afin de solliciter une visite de reprise suite à mon arrêt de travail. Conformément aux dispositions du Code du travail, cette visite a pour but d’évaluer mon aptitude à reprendre mes fonctions et, le cas échéant, d’adapter mon poste de travail.</w:t>
      </w:r>
    </w:p>
    <w:p/>
    <w:p>
      <w:r>
        <w:rPr>
          <w:b w:val="0"/>
          <w:sz w:val="20"/>
        </w:rPr>
        <w:t>Je vous remercie de bien vouloir m’informer de la date à laquelle cette visite pourra être organisée, en prenant en compte le respect des délais légaux applicables.</w:t>
      </w:r>
    </w:p>
    <w:p/>
    <w:p>
      <w:r>
        <w:rPr>
          <w:b w:val="0"/>
          <w:sz w:val="20"/>
        </w:rPr>
        <w:t>Par ailleurs, je reste à votre disposition pour toute information complémentaire ou document nécessaire à l’organisation de cette visite.</w:t>
      </w:r>
    </w:p>
    <w:p/>
    <w:p/>
    <w:p>
      <w:r>
        <w:rPr>
          <w:b w:val="0"/>
          <w:sz w:val="20"/>
        </w:rPr>
        <w:t>Je vous prie d’agréer, Madame, Monsieur, l’expression de mes salutations distinguées.</w:t>
      </w:r>
    </w:p>
    <w:p/>
    <w:p/>
    <w:p/>
    <w:p>
      <w:r>
        <w:rPr>
          <w:b w:val="0"/>
          <w:sz w:val="20"/>
        </w:rPr>
        <w:t>Signature :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Lieu : 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Date : 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t>Signature 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/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https://juridique-travail.com/modele-lettre-demande-de-visite-de-reprise-a-l'employeur/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https://juridique-travail.com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juridique-travail.com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travail.com/modele-lettre-demande-de-visite-de-reprise-a-l'employeur/" TargetMode="External"/><Relationship Id="rId10" Type="http://schemas.openxmlformats.org/officeDocument/2006/relationships/hyperlink" Target="https://juridique-trav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