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Nom Prénom</w:t>
      </w:r>
    </w:p>
    <w:p>
      <w:r>
        <w:rPr>
          <w:b w:val="0"/>
          <w:sz w:val="20"/>
        </w:rPr>
        <w:t>Adresse complète</w:t>
      </w:r>
    </w:p>
    <w:p>
      <w:r>
        <w:rPr>
          <w:b w:val="0"/>
          <w:sz w:val="20"/>
        </w:rPr>
        <w:t>Code Postal - Ville</w:t>
      </w:r>
    </w:p>
    <w:p>
      <w:r>
        <w:rPr>
          <w:b w:val="0"/>
          <w:sz w:val="20"/>
        </w:rPr>
        <w:t>Téléphone : ______________________</w:t>
      </w:r>
    </w:p>
    <w:p>
      <w:r>
        <w:rPr>
          <w:b w:val="0"/>
          <w:sz w:val="20"/>
        </w:rPr>
        <w:t>E-mail : _________________________</w:t>
      </w:r>
    </w:p>
    <w:p/>
    <w:p/>
    <w:p>
      <w:r>
        <w:rPr>
          <w:b/>
          <w:sz w:val="20"/>
        </w:rPr>
        <w:t>Nom et Prénom du Destinataire</w:t>
      </w:r>
    </w:p>
    <w:p>
      <w:r>
        <w:rPr>
          <w:b w:val="0"/>
          <w:sz w:val="20"/>
        </w:rPr>
        <w:t>Fonction</w:t>
      </w:r>
    </w:p>
    <w:p>
      <w:r>
        <w:rPr>
          <w:b w:val="0"/>
          <w:sz w:val="20"/>
        </w:rPr>
        <w:t>Nom de l’entreprise / organisme</w:t>
      </w:r>
    </w:p>
    <w:p>
      <w:r>
        <w:rPr>
          <w:b w:val="0"/>
          <w:sz w:val="20"/>
        </w:rPr>
        <w:t>Adresse complète</w:t>
      </w:r>
    </w:p>
    <w:p>
      <w:r>
        <w:rPr>
          <w:b w:val="0"/>
          <w:sz w:val="20"/>
        </w:rPr>
        <w:t>Code Postal - Ville</w:t>
      </w:r>
    </w:p>
    <w:p/>
    <w:p/>
    <w:p>
      <w:r>
        <w:rPr>
          <w:b/>
          <w:sz w:val="20"/>
        </w:rPr>
        <w:t>Objet : Candidature pour un poste d'insertion professionnelle</w:t>
      </w:r>
    </w:p>
    <w:p/>
    <w:p/>
    <w:p>
      <w:r>
        <w:rPr>
          <w:b w:val="0"/>
          <w:sz w:val="20"/>
        </w:rPr>
        <w:t>Madame, Monsieur,</w:t>
      </w:r>
    </w:p>
    <w:p/>
    <w:p>
      <w:r>
        <w:rPr>
          <w:b w:val="0"/>
          <w:sz w:val="20"/>
        </w:rPr>
        <w:t>Actuellement en démarche d’insertion professionnelle, je me permets de vous adresser ma candidature afin de rejoindre votre structure, reconnue pour son engagement et son accompagnement personnalisé. Motivé(e) et désireux(se) de m'investir pleinement, je souhaite mettre à profit mes compétences et développer de nouvelles aptitudes dans un environnement de travail dynamique et bienveillant.</w:t>
      </w:r>
    </w:p>
    <w:p/>
    <w:p>
      <w:r>
        <w:rPr>
          <w:b w:val="0"/>
          <w:sz w:val="20"/>
        </w:rPr>
        <w:t>Au cours de mes expériences précédentes, j’ai acquis le sens du travail en équipe, la rigueur et la capacité à m’adapter rapidement à diverses situations. Ma volonté d’apprendre et ma persévérance me permettent de surmonter les difficultés rencontrées et de progresser continuellement.</w:t>
      </w:r>
    </w:p>
    <w:p/>
    <w:p>
      <w:r>
        <w:rPr>
          <w:b w:val="0"/>
          <w:sz w:val="20"/>
        </w:rPr>
        <w:t>Intégrer votre organisation représente pour moi une opportunité essentielle pour consolider mon projet professionnel et bénéficier d’un accompagnement adapté. Disponible rapidement, je suis à votre disposition pour un entretien afin d’échanger plus en détail sur mes motivations et la manière dont je pourrais contribuer à vos objectifs.</w:t>
      </w:r>
    </w:p>
    <w:p/>
    <w:p/>
    <w:p>
      <w:r>
        <w:rPr>
          <w:b w:val="0"/>
          <w:sz w:val="20"/>
        </w:rPr>
        <w:t>Je vous prie d’agréer, Madame, Monsieur, l’expression de mes salutations distinguées.</w:t>
      </w:r>
    </w:p>
    <w:p/>
    <w:p/>
    <w:p/>
    <w:p>
      <w:r>
        <w:rPr>
          <w:b/>
          <w:sz w:val="20"/>
        </w:rPr>
        <w:t>Nom Prénom</w:t>
      </w:r>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sz w:val="18"/>
              </w:rPr>
              <w:t>Pièces jointes : Curriculum Vitae, Lettre de recommandation</w:t>
            </w:r>
          </w:p>
        </w:tc>
      </w:tr>
      <w:tr>
        <w:tc>
          <w:tcPr>
            <w:tcW w:type="dxa" w:w="9972"/>
            <w:tcBorders>
              <w:top w:val="nil"/>
              <w:left w:val="nil"/>
              <w:bottom w:val="nil"/>
              <w:right w:val="nil"/>
              <w:insideH w:val="nil"/>
              <w:insideV w:val="nil"/>
            </w:tcBorders>
          </w:tcPr>
          <w:p>
            <w:pPr>
              <w:jc w:val="left"/>
            </w:pPr>
            <w:r>
              <w:rPr>
                <w:sz w:val="18"/>
              </w:rPr>
              <w:t>Réf. : Candidature Insertion Professionnelle</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https://juridique-travail.com/modele-lettre-de-motivation-insertion-professionnelle/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lettre-de-motivation-insertion-professionnell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