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CANDIDATURE AU POSTE DE DÉLÉGUÉ DU PERSONNEL</w:t>
      </w:r>
    </w:p>
    <w:p/>
    <w:p/>
    <w:p>
      <w:r>
        <w:rPr>
          <w:b w:val="0"/>
          <w:sz w:val="20"/>
        </w:rPr>
        <w:t>Nom Prénom</w:t>
      </w:r>
    </w:p>
    <w:p>
      <w:r>
        <w:rPr>
          <w:b w:val="0"/>
          <w:sz w:val="20"/>
        </w:rPr>
        <w:t>Adresse</w:t>
      </w:r>
    </w:p>
    <w:p>
      <w:r>
        <w:rPr>
          <w:b w:val="0"/>
          <w:sz w:val="20"/>
        </w:rPr>
        <w:t>Code postal - Ville</w:t>
      </w:r>
    </w:p>
    <w:p>
      <w:r>
        <w:rPr>
          <w:b w:val="0"/>
          <w:sz w:val="20"/>
        </w:rPr>
        <w:t>Téléphone : ______________________</w:t>
      </w:r>
    </w:p>
    <w:p>
      <w:r>
        <w:rPr>
          <w:b w:val="0"/>
          <w:sz w:val="20"/>
        </w:rPr>
        <w:t>Email : __________________________</w:t>
      </w:r>
    </w:p>
    <w:p/>
    <w:p/>
    <w:p>
      <w:r>
        <w:rPr>
          <w:b/>
          <w:sz w:val="20"/>
        </w:rPr>
        <w:t>À l’attention de :</w:t>
      </w:r>
    </w:p>
    <w:p>
      <w:r>
        <w:rPr>
          <w:b w:val="0"/>
          <w:sz w:val="20"/>
        </w:rPr>
        <w:t>Monsieur / Madame le Directeur des Ressources Humaines</w:t>
      </w:r>
    </w:p>
    <w:p>
      <w:r>
        <w:rPr>
          <w:b w:val="0"/>
          <w:sz w:val="20"/>
        </w:rPr>
        <w:t>Nom de l’entreprise</w:t>
      </w:r>
    </w:p>
    <w:p>
      <w:r>
        <w:rPr>
          <w:b w:val="0"/>
          <w:sz w:val="20"/>
        </w:rPr>
        <w:t>Adresse de l’entreprise</w:t>
      </w:r>
    </w:p>
    <w:p>
      <w:r>
        <w:rPr>
          <w:b w:val="0"/>
          <w:sz w:val="20"/>
        </w:rPr>
        <w:t>Code postal - Ville</w:t>
      </w:r>
    </w:p>
    <w:p/>
    <w:p/>
    <w:p>
      <w:r>
        <w:rPr>
          <w:b/>
          <w:sz w:val="20"/>
        </w:rPr>
        <w:t>Objet : Candidature au poste de Délégué du Personnel</w:t>
      </w:r>
    </w:p>
    <w:p/>
    <w:p/>
    <w:p>
      <w:r>
        <w:rPr>
          <w:b w:val="0"/>
          <w:sz w:val="20"/>
        </w:rPr>
        <w:t>Madame, Monsieur,</w:t>
      </w:r>
    </w:p>
    <w:p/>
    <w:p>
      <w:r>
        <w:rPr>
          <w:b w:val="0"/>
          <w:sz w:val="20"/>
        </w:rPr>
        <w:t>Par la présente, je souhaite vous faire part de ma candidature au poste de Délégué du Personnel au sein de notre entreprise. Soucieux(se) de représenter les intérêts collectifs des salariés et d’être un interlocuteur attentif des besoins et préoccupations de mes collègues, je m’engage à exercer cette mission avec rigueur, impartialité et professionnalisme.</w:t>
      </w:r>
    </w:p>
    <w:p/>
    <w:p>
      <w:r>
        <w:rPr>
          <w:b w:val="0"/>
          <w:sz w:val="20"/>
        </w:rPr>
        <w:t>Fort(e) d’une expérience significative dans l’entreprise, je connais bien les conditions de travail et les enjeux liés à notre activité. J'ai à cœur de contribuer à l’amélioration du dialogue social et à la promotion d’un climat professionnel respectueux et constructif.</w:t>
      </w:r>
    </w:p>
    <w:p/>
    <w:p>
      <w:r>
        <w:rPr>
          <w:b w:val="0"/>
          <w:sz w:val="20"/>
        </w:rPr>
        <w:t>Conscient(e) des responsabilités que ce rôle implique, notamment en matière de communication avec la direction et d’accompagnement des collaborateurs, je suis prêt(e) à suivre les formations nécessaires et à me tenir informé(e) des évolutions législatives et réglementaires. Mon sens de l’écoute, ma disponibilité et ma capacité à travailler en équipe seront des atouts majeurs pour représenter efficacement l’ensemble du personnel.</w:t>
      </w:r>
    </w:p>
    <w:p/>
    <w:p>
      <w:r>
        <w:rPr>
          <w:b w:val="0"/>
          <w:sz w:val="20"/>
        </w:rPr>
        <w:t>Je vous remercie par avance de l’attention portée à ma candidature et reste à votre disposition pour un entretien au cours duquel je pourrai vous exposer plus en détail mes motivations.</w:t>
      </w:r>
    </w:p>
    <w:p/>
    <w:p>
      <w:r>
        <w:rPr>
          <w:b w:val="0"/>
          <w:sz w:val="20"/>
        </w:rPr>
        <w:t>Je vous prie d’agréer, Madame, Monsieur, l’expression de mes salutations distinguées.</w:t>
      </w:r>
    </w:p>
    <w:p/>
    <w:p/>
    <w:p/>
    <w:p>
      <w:r>
        <w:rPr>
          <w:b w:val="0"/>
          <w:sz w:val="20"/>
        </w:rPr>
        <w:t>Signature :</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Nom : ________________________________</w:t>
            </w:r>
          </w:p>
        </w:tc>
      </w:tr>
      <w:tr>
        <w:tc>
          <w:tcPr>
            <w:tcW w:type="dxa" w:w="9972"/>
            <w:tcBorders>
              <w:top w:val="nil"/>
              <w:left w:val="nil"/>
              <w:bottom w:val="nil"/>
              <w:right w:val="nil"/>
              <w:insideH w:val="nil"/>
              <w:insideV w:val="nil"/>
            </w:tcBorders>
          </w:tcPr>
          <w:p>
            <w:pPr>
              <w:jc w:val="left"/>
            </w:pPr>
            <w:r>
              <w:t>Signature : 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https://juridique-travail.com/modele-lettre-candidature-delegue-du-personnel/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lettre-candidature-delegue-du-personnel/"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