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MODÈLE DE LETTRE D’ANNULATION DE DÉCLARATION PRÉALABLE DE TRAVAUX</w:t>
      </w:r>
    </w:p>
    <w:p/>
    <w:p/>
    <w:p>
      <w:r>
        <w:rPr>
          <w:b w:val="0"/>
          <w:sz w:val="20"/>
        </w:rPr>
        <w:t>Nom et prénom de l’expéditeur : ______________________________________</w:t>
      </w:r>
    </w:p>
    <w:p>
      <w:r>
        <w:rPr>
          <w:b w:val="0"/>
          <w:sz w:val="20"/>
        </w:rPr>
        <w:t>Adresse : ____________________________________________________________</w:t>
      </w:r>
    </w:p>
    <w:p>
      <w:r>
        <w:rPr>
          <w:b w:val="0"/>
          <w:sz w:val="20"/>
        </w:rPr>
        <w:t>Code postal et ville : ________________________________________________</w:t>
      </w:r>
    </w:p>
    <w:p>
      <w:r>
        <w:rPr>
          <w:b w:val="0"/>
          <w:sz w:val="20"/>
        </w:rPr>
        <w:t>Téléphone : __________________________________________________________</w:t>
      </w:r>
    </w:p>
    <w:p>
      <w:r>
        <w:rPr>
          <w:b w:val="0"/>
          <w:sz w:val="20"/>
        </w:rPr>
        <w:t>Adresse e-mail : ______________________________________________________</w:t>
      </w:r>
    </w:p>
    <w:p/>
    <w:p/>
    <w:p>
      <w:r>
        <w:rPr>
          <w:b/>
          <w:sz w:val="20"/>
        </w:rPr>
        <w:t>À l’attention de :</w:t>
      </w:r>
    </w:p>
    <w:p>
      <w:r>
        <w:rPr>
          <w:b w:val="0"/>
          <w:sz w:val="20"/>
        </w:rPr>
        <w:t>Mairie de ____________________________________________________________</w:t>
      </w:r>
    </w:p>
    <w:p>
      <w:r>
        <w:rPr>
          <w:b w:val="0"/>
          <w:sz w:val="20"/>
        </w:rPr>
        <w:t>Service urbanisme</w:t>
      </w:r>
    </w:p>
    <w:p>
      <w:r>
        <w:rPr>
          <w:b w:val="0"/>
          <w:sz w:val="20"/>
        </w:rPr>
        <w:t>Adresse : ____________________________________________________________</w:t>
      </w:r>
    </w:p>
    <w:p>
      <w:r>
        <w:rPr>
          <w:b w:val="0"/>
          <w:sz w:val="20"/>
        </w:rPr>
        <w:t>Code postal et ville : ________________________________________________</w:t>
      </w:r>
    </w:p>
    <w:p/>
    <w:p/>
    <w:p>
      <w:r>
        <w:rPr>
          <w:b/>
          <w:sz w:val="20"/>
        </w:rPr>
        <w:t>Objet : Annulation de déclaration préalable de travaux</w:t>
      </w:r>
    </w:p>
    <w:p/>
    <w:p>
      <w:r>
        <w:rPr>
          <w:b w:val="0"/>
          <w:sz w:val="20"/>
        </w:rPr>
        <w:t>Madame, Monsieur,</w:t>
      </w:r>
    </w:p>
    <w:p/>
    <w:p>
      <w:r>
        <w:rPr>
          <w:b w:val="0"/>
          <w:sz w:val="20"/>
        </w:rPr>
        <w:t>Je soussigné(e), ____________________________________________________, déclare par la présente annuler la déclaration préalable de travaux déposée auprès de votre service pour le projet situé à l’adresse suivante :</w:t>
      </w:r>
    </w:p>
    <w:p/>
    <w:p>
      <w:r>
        <w:rPr>
          <w:b w:val="0"/>
          <w:sz w:val="20"/>
        </w:rPr>
        <w:t>Adresse du projet : ___________________________________________________</w:t>
      </w:r>
    </w:p>
    <w:p/>
    <w:p>
      <w:r>
        <w:rPr>
          <w:b w:val="0"/>
          <w:sz w:val="20"/>
        </w:rPr>
        <w:t>Référence du dossier ou numéro de déclaration : ___________________________</w:t>
      </w:r>
    </w:p>
    <w:p/>
    <w:p>
      <w:r>
        <w:rPr>
          <w:b w:val="0"/>
          <w:sz w:val="20"/>
        </w:rPr>
        <w:t>Après mûre réflexion, je souhaite renoncer à la réalisation des travaux pour lesquels cette déclaration préalable avait été déposée. Je vous prie donc de bien vouloir prendre en compte cette annulation et d’archiver mon dossier en conséquence.</w:t>
      </w:r>
    </w:p>
    <w:p/>
    <w:p>
      <w:r>
        <w:rPr>
          <w:b w:val="0"/>
          <w:sz w:val="20"/>
        </w:rPr>
        <w:t>Je reste à votre disposition pour toute information complémentaire et vous remercie par avance pour la prise en compte de ma demande.</w:t>
      </w:r>
    </w:p>
    <w:p/>
    <w:p/>
    <w:p>
      <w:r>
        <w:rPr>
          <w:b w:val="0"/>
          <w:sz w:val="20"/>
        </w:rPr>
        <w:t>Je vous prie d’agréer, Madame, Monsieur, l’expression de mes salutations distinguées.</w:t>
      </w:r>
    </w:p>
    <w:p/>
    <w:p/>
    <w:p/>
    <w:p/>
    <w:p>
      <w:r>
        <w:rPr>
          <w:b w:val="0"/>
          <w:sz w:val="20"/>
        </w:rPr>
        <w:t>Signature :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et prénom : ________________________________________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Date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https://juridique-travail.com/modele-lettre-annulation-declaration-prealable-travaux/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https://juridique-travail.com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juridique-travail.com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travail.com/modele-lettre-annulation-declaration-prealable-travaux/" TargetMode="External"/><Relationship Id="rId10" Type="http://schemas.openxmlformats.org/officeDocument/2006/relationships/hyperlink" Target="https://juridique-trav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