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RÉUNION DE TRAVAIL</w:t>
      </w:r>
    </w:p>
    <w:p/>
    <w:p>
      <w:r>
        <w:rPr>
          <w:b/>
          <w:sz w:val="20"/>
        </w:rPr>
        <w:t>À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Fonction : _______________________________________________________</w:t>
      </w:r>
    </w:p>
    <w:p>
      <w:r>
        <w:rPr>
          <w:b w:val="0"/>
          <w:sz w:val="20"/>
        </w:rPr>
        <w:t>Service / Département : ___________________________________________</w:t>
      </w:r>
    </w:p>
    <w:p/>
    <w:p>
      <w:r>
        <w:rPr>
          <w:b/>
          <w:sz w:val="20"/>
        </w:rPr>
        <w:t>De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Fonction : _______________________________________________________</w:t>
      </w:r>
    </w:p>
    <w:p>
      <w:r>
        <w:rPr>
          <w:b w:val="0"/>
          <w:sz w:val="20"/>
        </w:rPr>
        <w:t>Service / Département : ___________________________________________</w:t>
      </w:r>
    </w:p>
    <w:p>
      <w:r>
        <w:rPr>
          <w:b w:val="0"/>
          <w:sz w:val="20"/>
        </w:rPr>
        <w:t>Téléphone : ______________________________________________________</w:t>
      </w:r>
    </w:p>
    <w:p>
      <w:r>
        <w:rPr>
          <w:b w:val="0"/>
          <w:sz w:val="20"/>
        </w:rPr>
        <w:t>E-mail : _________________________________________________________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convocation à une réunion de travail portant sur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Contexte et justification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Objectifs de la réunion :</w:t>
      </w:r>
    </w:p>
    <w:p>
      <w:r>
        <w:rPr>
          <w:b w:val="0"/>
          <w:sz w:val="20"/>
        </w:rPr>
        <w:t>1. 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Proposition de dates et horaires :</w:t>
      </w:r>
    </w:p>
    <w:p>
      <w:r>
        <w:rPr>
          <w:b w:val="0"/>
          <w:sz w:val="20"/>
        </w:rPr>
        <w:t>Date 1 : _________________________________________________________</w:t>
      </w:r>
    </w:p>
    <w:p>
      <w:r>
        <w:rPr>
          <w:b w:val="0"/>
          <w:sz w:val="20"/>
        </w:rPr>
        <w:t>Heure : __________________________________________________________</w:t>
      </w:r>
    </w:p>
    <w:p>
      <w:r>
        <w:rPr>
          <w:b w:val="0"/>
          <w:sz w:val="20"/>
        </w:rPr>
        <w:t>Date 2 : _________________________________________________________</w:t>
      </w:r>
    </w:p>
    <w:p>
      <w:r>
        <w:rPr>
          <w:b w:val="0"/>
          <w:sz w:val="20"/>
        </w:rPr>
        <w:t>Heure : __________________________________________________________</w:t>
      </w:r>
    </w:p>
    <w:p>
      <w:r>
        <w:rPr>
          <w:b w:val="0"/>
          <w:sz w:val="20"/>
        </w:rPr>
        <w:t>Date 3 : _________________________________________________________</w:t>
      </w:r>
    </w:p>
    <w:p>
      <w:r>
        <w:rPr>
          <w:b w:val="0"/>
          <w:sz w:val="20"/>
        </w:rPr>
        <w:t>Heure : __________________________________________________________</w:t>
      </w:r>
    </w:p>
    <w:p/>
    <w:p>
      <w:r>
        <w:rPr>
          <w:b/>
          <w:sz w:val="20"/>
        </w:rPr>
        <w:t>Lieu de la réunion :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Participants proposés :</w:t>
      </w:r>
    </w:p>
    <w:p>
      <w:r>
        <w:rPr>
          <w:b w:val="0"/>
          <w:sz w:val="20"/>
        </w:rPr>
        <w:t>1. _______________________________________________________________</w:t>
      </w:r>
    </w:p>
    <w:p>
      <w:r>
        <w:rPr>
          <w:b w:val="0"/>
          <w:sz w:val="20"/>
        </w:rPr>
        <w:t>Fonction : _______________________________________________________</w:t>
      </w:r>
    </w:p>
    <w:p>
      <w:r>
        <w:rPr>
          <w:b w:val="0"/>
          <w:sz w:val="20"/>
        </w:rPr>
        <w:t>2. _______________________________________________________________</w:t>
      </w:r>
    </w:p>
    <w:p>
      <w:r>
        <w:rPr>
          <w:b w:val="0"/>
          <w:sz w:val="20"/>
        </w:rPr>
        <w:t>Fonction : _______________________________________________________</w:t>
      </w:r>
    </w:p>
    <w:p>
      <w:r>
        <w:rPr>
          <w:b w:val="0"/>
          <w:sz w:val="20"/>
        </w:rPr>
        <w:t>3. _______________________________________________________________</w:t>
      </w:r>
    </w:p>
    <w:p>
      <w:r>
        <w:rPr>
          <w:b w:val="0"/>
          <w:sz w:val="20"/>
        </w:rPr>
        <w:t>Fonction : _______________________________________________________</w:t>
      </w:r>
    </w:p>
    <w:p/>
    <w:p>
      <w:r>
        <w:rPr>
          <w:b/>
          <w:sz w:val="20"/>
        </w:rPr>
        <w:t>Modalités pratiques :</w:t>
      </w:r>
    </w:p>
    <w:p>
      <w:r>
        <w:rPr>
          <w:b w:val="0"/>
          <w:sz w:val="20"/>
        </w:rPr>
        <w:t>Merci de me confirmer votre disponibilité par retour de mail ou téléphone.</w:t>
      </w:r>
    </w:p>
    <w:p>
      <w:r>
        <w:rPr>
          <w:b w:val="0"/>
          <w:sz w:val="20"/>
        </w:rPr>
        <w:t>Si vous souhaitez ajouter des points à l’ordre du jour, merci de les communiquer à l’avance.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>
      <w:r>
        <w:rPr>
          <w:b/>
          <w:sz w:val="20"/>
        </w:rPr>
        <w:t>Signature :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r>
        <w:rPr>
          <w:b w:val="0"/>
          <w:sz w:val="20"/>
        </w:rPr>
        <w:t>Lieu : _____________________        Date : 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Expéditeur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https://juridique-travail.com/modele-demande-de-reunion-de-travail/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mande-de-reunion-de-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