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D’ACOMPTE POUR TRAVAUX</w:t>
      </w:r>
    </w:p>
    <w:p/>
    <w:p/>
    <w:p>
      <w:r>
        <w:rPr>
          <w:b/>
          <w:sz w:val="20"/>
        </w:rPr>
        <w:t>Coordonnées de l’Entreprise :</w:t>
      </w:r>
    </w:p>
    <w:p>
      <w:r>
        <w:rPr>
          <w:b w:val="0"/>
          <w:sz w:val="20"/>
        </w:rPr>
        <w:t>Nom / Raison sociale : 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>
      <w:r>
        <w:rPr>
          <w:b w:val="0"/>
          <w:sz w:val="20"/>
        </w:rPr>
        <w:t>SIRET : _________________________________________________________</w:t>
      </w:r>
    </w:p>
    <w:p/>
    <w:p>
      <w:r>
        <w:rPr>
          <w:b/>
          <w:sz w:val="20"/>
        </w:rPr>
        <w:t>Coordonnées du Client :</w:t>
      </w:r>
    </w:p>
    <w:p>
      <w:r>
        <w:rPr>
          <w:b w:val="0"/>
          <w:sz w:val="20"/>
        </w:rPr>
        <w:t>Nom / Raison sociale : 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versement d’un acompte concernant les travaux à réaliser</w:t>
      </w:r>
    </w:p>
    <w:p/>
    <w:p>
      <w:r>
        <w:rPr>
          <w:b/>
          <w:sz w:val="20"/>
        </w:rPr>
        <w:t>Madame, Monsieur,</w:t>
      </w:r>
    </w:p>
    <w:p/>
    <w:p>
      <w:r>
        <w:rPr>
          <w:b w:val="0"/>
          <w:sz w:val="20"/>
        </w:rPr>
        <w:t>Dans le cadre du contrat de travaux que nous avons conclu ensemble, nous vous adressons ce jour la présente demande de versement d’un acompte conformément aux conditions convenues.</w:t>
      </w:r>
    </w:p>
    <w:p/>
    <w:p>
      <w:r>
        <w:rPr>
          <w:b/>
          <w:sz w:val="20"/>
        </w:rPr>
        <w:t>Description des travaux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Montant total des travaux : _________________ EUR</w:t>
      </w:r>
    </w:p>
    <w:p>
      <w:r>
        <w:rPr>
          <w:b/>
          <w:sz w:val="20"/>
        </w:rPr>
        <w:t>Montant de l’acompte demandé : _________________ EUR</w:t>
      </w:r>
    </w:p>
    <w:p/>
    <w:p>
      <w:r>
        <w:rPr>
          <w:b w:val="0"/>
          <w:sz w:val="20"/>
        </w:rPr>
        <w:t>Nous vous remercions de bien vouloir procéder au paiement de cet acompte dans les plus brefs délais afin de permettre la bonne poursuite des travaux.</w:t>
      </w:r>
    </w:p>
    <w:p/>
    <w:p>
      <w:r>
        <w:rPr>
          <w:b w:val="0"/>
          <w:sz w:val="20"/>
        </w:rPr>
        <w:t>Pour rappel, selon les dispositions contractuelles et le droit en vigueur, cet acompte constitue un engagement de votre part, garantissant la réservation des ressources nécessaires à l’exécution des travaux. Le solde sera réglé à la réception des travaux conformément aux modalités définies.</w:t>
      </w:r>
    </w:p>
    <w:p/>
    <w:p>
      <w:r>
        <w:rPr>
          <w:b w:val="0"/>
          <w:sz w:val="20"/>
        </w:rPr>
        <w:t>Nous restons à votre disposition pour toute information complémentaire et vous prions d’agréer, Madame, Monsieur, nos salutations distinguées.</w:t>
      </w:r>
    </w:p>
    <w:p/>
    <w:p/>
    <w:p>
      <w:r>
        <w:rPr>
          <w:b/>
          <w:sz w:val="20"/>
        </w:rPr>
        <w:t>Signature de l’Entreprise :</w:t>
      </w:r>
    </w:p>
    <w:p>
      <w:r>
        <w:rPr>
          <w:b w:val="0"/>
          <w:sz w:val="20"/>
        </w:rPr>
        <w:t>Nom et fonction : ________________________________________________</w:t>
      </w:r>
    </w:p>
    <w:p>
      <w:r>
        <w:rPr>
          <w:b w:val="0"/>
          <w:sz w:val="20"/>
        </w:rPr>
        <w:t>Signature : ______________________________________________________</w:t>
      </w:r>
    </w:p>
    <w:p/>
    <w:p/>
    <w:p/>
    <w:p>
      <w:r>
        <w:rPr>
          <w:b w:val="0"/>
          <w:sz w:val="20"/>
        </w:rPr>
        <w:t>Lieu : ______________________________________                 Date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Entreprise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https://juridique-travail.com/modele-demande-d'acompte-pour-travaux/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mande-d'acompte-pour-travaux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