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DEMANDE D’AUTORISATION DE LICENCIEMENT</w:t>
      </w:r>
    </w:p>
    <w:p/>
    <w:p/>
    <w:p>
      <w:r>
        <w:rPr>
          <w:b/>
          <w:sz w:val="20"/>
        </w:rPr>
        <w:t>Informations sur l’Entreprise / Employeur :</w:t>
      </w:r>
    </w:p>
    <w:p>
      <w:r>
        <w:rPr>
          <w:b w:val="0"/>
          <w:sz w:val="20"/>
        </w:rPr>
        <w:t>Raison sociale : _______________________________________________________</w:t>
      </w:r>
    </w:p>
    <w:p>
      <w:r>
        <w:rPr>
          <w:b w:val="0"/>
          <w:sz w:val="20"/>
        </w:rPr>
        <w:t>Adresse du siège social : ______________________________________________</w:t>
      </w:r>
    </w:p>
    <w:p>
      <w:r>
        <w:rPr>
          <w:b w:val="0"/>
          <w:sz w:val="20"/>
        </w:rPr>
        <w:t>SIRET : _______________________________________________________________</w:t>
      </w:r>
    </w:p>
    <w:p>
      <w:r>
        <w:rPr>
          <w:b w:val="0"/>
          <w:sz w:val="20"/>
        </w:rPr>
        <w:t>Représentant légal : _________________________________________________</w:t>
      </w:r>
    </w:p>
    <w:p>
      <w:r>
        <w:rPr>
          <w:b w:val="0"/>
          <w:sz w:val="20"/>
        </w:rPr>
        <w:t>Fonction du représentant : ____________________________________________</w:t>
      </w:r>
    </w:p>
    <w:p>
      <w:r>
        <w:rPr>
          <w:b w:val="0"/>
          <w:sz w:val="20"/>
        </w:rPr>
        <w:t>Téléphone : __________________________________________________________</w:t>
      </w:r>
    </w:p>
    <w:p>
      <w:r>
        <w:rPr>
          <w:b w:val="0"/>
          <w:sz w:val="20"/>
        </w:rPr>
        <w:t>Adresse électronique : ________________________________________________</w:t>
      </w:r>
    </w:p>
    <w:p/>
    <w:p/>
    <w:p>
      <w:r>
        <w:rPr>
          <w:b/>
          <w:sz w:val="20"/>
        </w:rPr>
        <w:t>Informations sur le Salarié concerné :</w:t>
      </w:r>
    </w:p>
    <w:p>
      <w:r>
        <w:rPr>
          <w:b w:val="0"/>
          <w:sz w:val="20"/>
        </w:rPr>
        <w:t>Nom et prénom : _______________________________________________________</w:t>
      </w:r>
    </w:p>
    <w:p>
      <w:r>
        <w:rPr>
          <w:b w:val="0"/>
          <w:sz w:val="20"/>
        </w:rPr>
        <w:t>Date et lieu de naissance : ____________________________________________</w:t>
      </w:r>
    </w:p>
    <w:p>
      <w:r>
        <w:rPr>
          <w:b w:val="0"/>
          <w:sz w:val="20"/>
        </w:rPr>
        <w:t>Adresse personnelle : _________________________________________________</w:t>
      </w:r>
    </w:p>
    <w:p>
      <w:r>
        <w:rPr>
          <w:b w:val="0"/>
          <w:sz w:val="20"/>
        </w:rPr>
        <w:t>Poste occupé : ________________________________________________________</w:t>
      </w:r>
    </w:p>
    <w:p>
      <w:r>
        <w:rPr>
          <w:b w:val="0"/>
          <w:sz w:val="20"/>
        </w:rPr>
        <w:t>Date d’entrée dans l’entreprise : ______________________________________</w:t>
      </w:r>
    </w:p>
    <w:p>
      <w:r>
        <w:rPr>
          <w:b w:val="0"/>
          <w:sz w:val="20"/>
        </w:rPr>
        <w:t>Ancienneté : _________________________________________________________</w:t>
      </w:r>
    </w:p>
    <w:p/>
    <w:p/>
    <w:p>
      <w:r>
        <w:rPr>
          <w:b/>
          <w:sz w:val="20"/>
        </w:rPr>
        <w:t>Motifs du licenciement :</w:t>
      </w:r>
    </w:p>
    <w:p>
      <w:r>
        <w:rPr>
          <w:b w:val="0"/>
          <w:sz w:val="20"/>
        </w:rPr>
        <w:t>Veuillez cocher la ou les case(s) correspondante(s) :</w:t>
      </w:r>
    </w:p>
    <w:p>
      <w:r>
        <w:rPr>
          <w:b w:val="0"/>
        </w:rPr>
        <w:t>☐ Motif économique</w:t>
      </w:r>
    </w:p>
    <w:p>
      <w:r>
        <w:rPr>
          <w:b w:val="0"/>
          <w:sz w:val="20"/>
        </w:rPr>
        <w:t>Description détaillée du motif économique 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>
      <w:r>
        <w:rPr>
          <w:b w:val="0"/>
        </w:rPr>
        <w:t>☐ Motif personnel</w:t>
      </w:r>
    </w:p>
    <w:p>
      <w:r>
        <w:rPr>
          <w:b w:val="0"/>
          <w:sz w:val="20"/>
        </w:rPr>
        <w:t>Description détaillée du motif personnel 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/>
    <w:p>
      <w:r>
        <w:rPr>
          <w:b/>
          <w:sz w:val="20"/>
        </w:rPr>
        <w:t>Actions de reclassement entreprises :</w:t>
      </w:r>
    </w:p>
    <w:p>
      <w:r>
        <w:rPr>
          <w:b w:val="0"/>
          <w:sz w:val="20"/>
        </w:rPr>
        <w:t>Description des démarches effectuées pour proposer un reclassement au salarié 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/>
    <w:p>
      <w:r>
        <w:rPr>
          <w:b/>
          <w:sz w:val="20"/>
        </w:rPr>
        <w:t>Respect de la procédure de licenciement :</w:t>
      </w:r>
    </w:p>
    <w:p>
      <w:r>
        <w:rPr>
          <w:b w:val="0"/>
          <w:sz w:val="20"/>
        </w:rPr>
        <w:t>Dates des différentes étapes réalisées (convocations, entretiens, notifications) :</w:t>
      </w:r>
    </w:p>
    <w:p>
      <w:r>
        <w:rPr>
          <w:b w:val="0"/>
          <w:sz w:val="20"/>
        </w:rPr>
        <w:t>Convocation à l’entretien préalable : ___________________________________</w:t>
      </w:r>
    </w:p>
    <w:p>
      <w:r>
        <w:rPr>
          <w:b w:val="0"/>
          <w:sz w:val="20"/>
        </w:rPr>
        <w:t>Date de l’entretien préalable : _________________________________________</w:t>
      </w:r>
    </w:p>
    <w:p>
      <w:r>
        <w:rPr>
          <w:b w:val="0"/>
          <w:sz w:val="20"/>
        </w:rPr>
        <w:t>Notification du licenciement : _________________________________________</w:t>
      </w:r>
    </w:p>
    <w:p/>
    <w:p/>
    <w:p>
      <w:r>
        <w:rPr>
          <w:b/>
          <w:sz w:val="20"/>
        </w:rPr>
        <w:t>Mesures d’accompagnement proposées :</w:t>
      </w:r>
    </w:p>
    <w:p>
      <w:r>
        <w:rPr>
          <w:b w:val="0"/>
          <w:sz w:val="20"/>
        </w:rPr>
        <w:t>Indemnités de licenciement : __________________________________________</w:t>
      </w:r>
    </w:p>
    <w:p>
      <w:r>
        <w:rPr>
          <w:b w:val="0"/>
          <w:sz w:val="20"/>
        </w:rPr>
        <w:t>Préavis : _____________________________________________________________</w:t>
      </w:r>
    </w:p>
    <w:p>
      <w:r>
        <w:rPr>
          <w:b w:val="0"/>
          <w:sz w:val="20"/>
        </w:rPr>
        <w:t>Accompagnement à la reconversion, formation ou aide à la recherche d’emploi 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/>
    <w:p>
      <w:r>
        <w:rPr>
          <w:b/>
          <w:sz w:val="20"/>
        </w:rPr>
        <w:t>Demande d’autorisation auprès de l’Inspection du Travail :</w:t>
      </w:r>
    </w:p>
    <w:p>
      <w:r>
        <w:rPr>
          <w:b w:val="0"/>
          <w:sz w:val="20"/>
        </w:rPr>
        <w:t>Par la présente, nous sollicitons l’autorisation préalable de l’Inspection du Travail pour procéder au licenciement du salarié dont les renseignements et motifs sont décrits ci-dessus. Nous attestons avoir respecté l’ensemble des dispositions légales et conventionnelles en vigueur.</w:t>
      </w:r>
    </w:p>
    <w:p/>
    <w:p/>
    <w:p/>
    <w:p>
      <w:r>
        <w:rPr>
          <w:b w:val="0"/>
          <w:sz w:val="20"/>
        </w:rPr>
        <w:t xml:space="preserve">Lieu : ___________________________                             </w:t>
      </w:r>
    </w:p>
    <w:p>
      <w:r>
        <w:rPr>
          <w:b w:val="0"/>
          <w:sz w:val="20"/>
        </w:rPr>
        <w:t>Signature du représentant légal : 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Inspection du Travail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Visa et signature : 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https://juridique-travail.com/modele-demande-autorisation-licenciement-inspection-du-travail/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demande-autorisation-licenciement-inspection-du-travail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