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MODELE DE LETTRE - DEMANDE D’HEURE SUPPLÉMENTAIRE</w:t>
      </w:r>
    </w:p>
    <w:p/>
    <w:p/>
    <w:p>
      <w:r>
        <w:rPr>
          <w:b w:val="0"/>
          <w:sz w:val="20"/>
        </w:rPr>
        <w:t>Nom et Prénom du salarié : ___________________________________________</w:t>
      </w:r>
    </w:p>
    <w:p>
      <w:r>
        <w:rPr>
          <w:b w:val="0"/>
          <w:sz w:val="20"/>
        </w:rPr>
        <w:t>Poste : _______________________________________________________________</w:t>
      </w:r>
    </w:p>
    <w:p>
      <w:r>
        <w:rPr>
          <w:b w:val="0"/>
          <w:sz w:val="20"/>
        </w:rPr>
        <w:t>Service : ______________________________________________________________</w:t>
      </w:r>
    </w:p>
    <w:p/>
    <w:p>
      <w:r>
        <w:rPr>
          <w:b/>
          <w:sz w:val="20"/>
        </w:rPr>
        <w:t>À</w:t>
      </w:r>
    </w:p>
    <w:p>
      <w:r>
        <w:rPr>
          <w:b w:val="0"/>
          <w:sz w:val="20"/>
        </w:rPr>
        <w:t>Monsieur/Madame : ________________________________________________</w:t>
      </w:r>
    </w:p>
    <w:p>
      <w:r>
        <w:rPr>
          <w:b w:val="0"/>
          <w:sz w:val="20"/>
        </w:rPr>
        <w:t>Fonction : ________________________________________________________</w:t>
      </w:r>
    </w:p>
    <w:p>
      <w:r>
        <w:rPr>
          <w:b w:val="0"/>
          <w:sz w:val="20"/>
        </w:rPr>
        <w:t>Adresse de l’entreprise : __________________________________________</w:t>
      </w:r>
    </w:p>
    <w:p/>
    <w:p/>
    <w:p>
      <w:r>
        <w:rPr>
          <w:b/>
          <w:sz w:val="20"/>
        </w:rPr>
        <w:t>Objet : Demande d’autorisation d’heures supplémentaires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de vous adresser la présente lettre afin de solliciter votre autorisation pour effectuer des heures supplémentaires au-delà de mon temps de travail contractuel.</w:t>
      </w:r>
    </w:p>
    <w:p/>
    <w:p>
      <w:r>
        <w:rPr>
          <w:b w:val="0"/>
          <w:sz w:val="20"/>
        </w:rPr>
        <w:t>En effet, afin de répondre aux exigences liées à mes missions actuelles et garantir la bonne réalisation des objectifs fixés, il est nécessaire que je consacre un temps de travail additionnel.</w:t>
      </w:r>
    </w:p>
    <w:p/>
    <w:p>
      <w:r>
        <w:rPr>
          <w:b w:val="0"/>
          <w:sz w:val="20"/>
        </w:rPr>
        <w:t>Je vous prie de bien vouloir considérer ma demande pour effectuer les heures supplémentaires suivantes :</w:t>
      </w:r>
    </w:p>
    <w:p>
      <w:r>
        <w:rPr>
          <w:b w:val="0"/>
          <w:sz w:val="20"/>
        </w:rPr>
        <w:t>Nombre d’heures supplémentaires demandées : _________________</w:t>
      </w:r>
    </w:p>
    <w:p>
      <w:r>
        <w:rPr>
          <w:b w:val="0"/>
          <w:sz w:val="20"/>
        </w:rPr>
        <w:t>Période concernée : ____________________________________________</w:t>
      </w:r>
    </w:p>
    <w:p/>
    <w:p>
      <w:r>
        <w:rPr>
          <w:b w:val="0"/>
          <w:sz w:val="20"/>
        </w:rPr>
        <w:t>Conformément aux dispositions du Code du travail et à la convention collective applicable dans l’entreprise, je m’engage à respecter les conditions relatives à la durée, à la rémunération et au repos compensateur de ces heures supplémentaires.</w:t>
      </w:r>
    </w:p>
    <w:p/>
    <w:p>
      <w:r>
        <w:rPr>
          <w:b w:val="0"/>
          <w:sz w:val="20"/>
        </w:rPr>
        <w:t>Je reste à votre disposition pour toute information complémentaire et pour convenir ensemble des modalités d’organisation de ces heures supplémentaires.</w:t>
      </w:r>
    </w:p>
    <w:p/>
    <w:p/>
    <w:p>
      <w:r>
        <w:rPr>
          <w:b w:val="0"/>
          <w:sz w:val="20"/>
        </w:rPr>
        <w:t>Dans l’attente de votre réponse, je vous prie d’agréer, Madame, Monsieur,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salarié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L’employeur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https://juridique-travail.com/modele-de-lettre-demande-d'heure-supplementaire/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de-lettre-demande-d'heure-supplementaire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