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- Demande d’Élagage</w:t>
      </w:r>
    </w:p>
    <w:p/>
    <w:p/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___________________________________________________</w:t>
      </w:r>
    </w:p>
    <w:p/>
    <w:p/>
    <w:p>
      <w:r>
        <w:rPr>
          <w:b w:val="0"/>
          <w:sz w:val="20"/>
        </w:rPr>
        <w:t>Nom / Raison sociale du destinataire : 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</w:t>
      </w:r>
    </w:p>
    <w:p/>
    <w:p/>
    <w:p>
      <w:r>
        <w:rPr>
          <w:b/>
          <w:sz w:val="20"/>
        </w:rPr>
        <w:t>Objet : Demande d’élagage d’arbre(s) mitoyen(s)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contacter concernant un ou plusieurs arbres situés à la frontière de nos propriétés respectives, au sein de votre terrain sis à l’adresse mentionnée ci-dessus.</w:t>
      </w:r>
    </w:p>
    <w:p/>
    <w:p>
      <w:r>
        <w:rPr>
          <w:b w:val="0"/>
          <w:sz w:val="20"/>
        </w:rPr>
        <w:t>Conformément aux dispositions des articles 671 et suivants du Code civil, les branches de ces arbres qui dépassent sur ma propriété doivent être élaguées à votre initiative pour éviter tout dommage ou nuisances éventuelles.</w:t>
      </w:r>
    </w:p>
    <w:p/>
    <w:p>
      <w:r>
        <w:rPr>
          <w:b w:val="0"/>
          <w:sz w:val="20"/>
        </w:rPr>
        <w:t>Je vous invite donc à procéder à cette opération d’élagage dans les plus brefs délais afin de préserver la bonne entente entre voisins et d’assurer la sécurité de nos biens.</w:t>
      </w:r>
    </w:p>
    <w:p/>
    <w:p>
      <w:r>
        <w:rPr>
          <w:b w:val="0"/>
          <w:sz w:val="20"/>
        </w:rPr>
        <w:t>Je vous remercie par avance de l’attention que vous porterez à cette demande et reste à votre disposition pour convenir d’un rendez-vous ou pour toute information complémentaire.</w:t>
      </w:r>
    </w:p>
    <w:p/>
    <w:p/>
    <w:p>
      <w:r>
        <w:rPr>
          <w:b w:val="0"/>
          <w:sz w:val="20"/>
        </w:rPr>
        <w:t>Veuillez agréer, Madame, Monsieur, l’expression de mes salutations distinguées.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à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https://juridique-travail.com/modele-de-lettre-demande-d'elagage/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-lettre-demande-d'elagage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