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sz w:val="20"/>
        </w:rPr>
        <w:t>Nom Prénom</w:t>
      </w:r>
    </w:p>
    <w:p>
      <w:r>
        <w:rPr>
          <w:b w:val="0"/>
          <w:sz w:val="20"/>
        </w:rPr>
        <w:t>Adresse complète</w:t>
      </w:r>
    </w:p>
    <w:p>
      <w:r>
        <w:rPr>
          <w:b w:val="0"/>
          <w:sz w:val="20"/>
        </w:rPr>
        <w:t>Code postal - Ville</w:t>
      </w:r>
    </w:p>
    <w:p>
      <w:r>
        <w:rPr>
          <w:b w:val="0"/>
          <w:sz w:val="20"/>
        </w:rPr>
        <w:t>Téléphone : ______________________</w:t>
      </w:r>
    </w:p>
    <w:p>
      <w:r>
        <w:rPr>
          <w:b w:val="0"/>
          <w:sz w:val="20"/>
        </w:rPr>
        <w:t>Email : _________________________</w:t>
      </w:r>
    </w:p>
    <w:p/>
    <w:p/>
    <w:p>
      <w:r>
        <w:rPr>
          <w:b/>
          <w:sz w:val="20"/>
        </w:rPr>
        <w:t>Objet : Candidature spontanée - Employé polyvalent espace vert (sans diplôme)</w:t>
      </w:r>
    </w:p>
    <w:p/>
    <w:p/>
    <w:p>
      <w:r>
        <w:rPr>
          <w:b w:val="0"/>
          <w:sz w:val="20"/>
        </w:rPr>
        <w:t>Madame, Monsieur,</w:t>
      </w:r>
    </w:p>
    <w:p/>
    <w:p>
      <w:r>
        <w:rPr>
          <w:b w:val="0"/>
          <w:sz w:val="20"/>
        </w:rPr>
        <w:t>Actuellement à la recherche d’un emploi dans le domaine de l’entretien des espaces verts, je me permets de vous adresser ma candidature spontanée pour un poste d’employé polyvalent. Bien que je ne possède pas de diplôme spécifique dans ce secteur, je suis motivé, dynamique et prêt à m’investir pleinement pour apprendre et contribuer efficacement à votre équipe.</w:t>
      </w:r>
    </w:p>
    <w:p/>
    <w:p>
      <w:r>
        <w:rPr>
          <w:b w:val="0"/>
          <w:sz w:val="20"/>
        </w:rPr>
        <w:t>Au cours de mes expériences professionnelles précédentes, j’ai développé un sens du travail rigoureux et un esprit d’équipe, qualités essentielles pour réussir dans le secteur des espaces verts. Je possède également une bonne condition physique, indispensable pour la réalisation des tâches manuelles et l’entretien extérieur.</w:t>
      </w:r>
    </w:p>
    <w:p/>
    <w:p>
      <w:r>
        <w:rPr>
          <w:b w:val="0"/>
          <w:sz w:val="20"/>
        </w:rPr>
        <w:t>Passionné par la nature et soucieux du respect de l’environnement, je souhaite m’orienter durablement vers ce métier. Je suis capable d’utiliser des outils simples et prêt à suivre toutes formations nécessaires pour acquérir les compétences techniques spécifiques, telles que la tonte, la taille, le désherbage ou encore la plantation.</w:t>
      </w:r>
    </w:p>
    <w:p/>
    <w:p>
      <w:r>
        <w:rPr>
          <w:b w:val="0"/>
          <w:sz w:val="20"/>
        </w:rPr>
        <w:t>Disponible immédiatement, je serais honoré de pouvoir rejoindre votre équipe et démontrer ma motivation lors d’un entretien. Je vous remercie par avance de l’attention que vous porterez à ma candidature et me tiens à votre disposition pour tout complément d’information.</w:t>
      </w:r>
    </w:p>
    <w:p/>
    <w:p/>
    <w:p>
      <w:r>
        <w:rPr>
          <w:b w:val="0"/>
          <w:sz w:val="20"/>
        </w:rPr>
        <w:t>Je vous prie d’agréer, Madame, Monsieur, l’expression de mes salutations distinguées.</w:t>
      </w:r>
    </w:p>
    <w:p/>
    <w:p/>
    <w:p/>
    <w:p>
      <w:pPr>
        <w:jc w:val="center"/>
      </w:pPr>
      <w:r>
        <w:rPr>
          <w:b w:val="0"/>
          <w:sz w:val="20"/>
        </w:rPr>
        <w:t>Signature : 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Nom de l'entreprise</w:t>
            </w:r>
          </w:p>
        </w:tc>
        <w:tc>
          <w:tcPr>
            <w:tcW w:type="dxa" w:w="4986"/>
            <w:tcBorders>
              <w:top w:val="nil"/>
              <w:left w:val="nil"/>
              <w:bottom w:val="nil"/>
              <w:right w:val="nil"/>
              <w:insideH w:val="nil"/>
              <w:insideV w:val="nil"/>
            </w:tcBorders>
          </w:tcPr>
          <w:p>
            <w:pPr>
              <w:jc w:val="center"/>
            </w:pPr>
            <w:r>
              <w:t>Adresse de l'entreprise</w:t>
            </w:r>
          </w:p>
        </w:tc>
      </w:tr>
      <w:tr>
        <w:tc>
          <w:tcPr>
            <w:tcW w:type="dxa" w:w="4986"/>
            <w:tcBorders>
              <w:top w:val="nil"/>
              <w:left w:val="nil"/>
              <w:bottom w:val="nil"/>
              <w:right w:val="nil"/>
              <w:insideH w:val="nil"/>
              <w:insideV w:val="nil"/>
            </w:tcBorders>
          </w:tcPr>
          <w:p>
            <w:pPr>
              <w:jc w:val="center"/>
            </w:pPr>
            <w:r>
              <w:t>Code postal - Ville</w:t>
            </w:r>
          </w:p>
        </w:tc>
        <w:tc>
          <w:tcPr>
            <w:tcW w:type="dxa" w:w="4986"/>
            <w:tcBorders>
              <w:top w:val="nil"/>
              <w:left w:val="nil"/>
              <w:bottom w:val="nil"/>
              <w:right w:val="nil"/>
              <w:insideH w:val="nil"/>
              <w:insideV w:val="nil"/>
            </w:tcBorders>
          </w:tcPr>
          <w:p>
            <w:pPr>
              <w:jc w:val="center"/>
            </w:pPr>
            <w:r>
              <w:t>Téléphone / Email</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https://juridique-travail.com/modele-de-lettre-de-motivation-espace-vert-sans-diplome/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de-lettre-de-motivation-espace-vert-sans-diplom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