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RÉCUPÉRATION D’HEURES</w:t>
      </w:r>
    </w:p>
    <w:p/>
    <w:p/>
    <w:p>
      <w:r>
        <w:rPr>
          <w:b/>
          <w:sz w:val="20"/>
        </w:rPr>
        <w:t>Données du Salarié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>
      <w:r>
        <w:rPr>
          <w:b w:val="0"/>
          <w:sz w:val="20"/>
        </w:rPr>
        <w:t>Service/Direction : _______________________________________________</w:t>
      </w:r>
    </w:p>
    <w:p>
      <w:r>
        <w:rPr>
          <w:b w:val="0"/>
          <w:sz w:val="20"/>
        </w:rPr>
        <w:t>Adresse professionnelle : 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>
      <w:r>
        <w:rPr>
          <w:b/>
          <w:sz w:val="20"/>
        </w:rPr>
        <w:t>Données de l’Employeur :</w:t>
      </w:r>
    </w:p>
    <w:p>
      <w:r>
        <w:rPr>
          <w:b w:val="0"/>
          <w:sz w:val="20"/>
        </w:rPr>
        <w:t>Nom de l’entreprise : ______________________________________________</w:t>
      </w:r>
    </w:p>
    <w:p>
      <w:r>
        <w:rPr>
          <w:b w:val="0"/>
          <w:sz w:val="20"/>
        </w:rPr>
        <w:t>Adresse du siège social : __________________________________________</w:t>
      </w:r>
    </w:p>
    <w:p>
      <w:r>
        <w:rPr>
          <w:b w:val="0"/>
          <w:sz w:val="20"/>
        </w:rPr>
        <w:t>Nom du supérieur hiérarchique : ____________________________________</w:t>
      </w:r>
    </w:p>
    <w:p>
      <w:r>
        <w:rPr>
          <w:b w:val="0"/>
          <w:sz w:val="20"/>
        </w:rPr>
        <w:t>Fonction du supérieur hiérarchique : _______________________________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Demande de récupération d’heures supplémentaires effectuées dans le cadre de mon activité professionnelle, conformément à la réglementation en vigueur et aux accords collectifs applicables dans l’entreprise.</w:t>
      </w:r>
    </w:p>
    <w:p/>
    <w:p>
      <w:r>
        <w:rPr>
          <w:b/>
          <w:sz w:val="20"/>
        </w:rPr>
        <w:t>Exposé des faits :</w:t>
      </w:r>
    </w:p>
    <w:p>
      <w:r>
        <w:rPr>
          <w:b w:val="0"/>
          <w:sz w:val="20"/>
        </w:rPr>
        <w:t>Durant la période du _______________ au _______________, j’ai réalisé des heures supplémentaires au-delà de la durée légale de travail prévue au contrat. Ces heures sont dûment enregistrées et justifiées conformément aux procédures internes.</w:t>
      </w:r>
    </w:p>
    <w:p>
      <w:r>
        <w:rPr>
          <w:b w:val="0"/>
          <w:sz w:val="20"/>
        </w:rPr>
        <w:t>Je sollicite donc la récupération de ces heures par un repos équivalent, en application des dispositions du Code du travail et des accords d’entreprise.</w:t>
      </w:r>
    </w:p>
    <w:p/>
    <w:p>
      <w:r>
        <w:rPr>
          <w:b/>
          <w:sz w:val="20"/>
        </w:rPr>
        <w:t>Nombre d’heures supplémentaires à récupérer :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Période souhaitée pour la récupération des heures :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Modalités envisagées de récupération :</w:t>
      </w:r>
    </w:p>
    <w:p>
      <w:r>
        <w:rPr>
          <w:b w:val="0"/>
          <w:sz w:val="20"/>
        </w:rPr>
        <w:t>- Repos compensateur intégral</w:t>
      </w:r>
    </w:p>
    <w:p>
      <w:r>
        <w:rPr>
          <w:b w:val="0"/>
          <w:sz w:val="20"/>
        </w:rPr>
        <w:t>- Fractionnement des heures sur plusieurs jours</w:t>
      </w:r>
    </w:p>
    <w:p>
      <w:r>
        <w:rPr>
          <w:b w:val="0"/>
          <w:sz w:val="20"/>
        </w:rPr>
        <w:t>- Autre (préciser) : ______________________________________________</w:t>
      </w:r>
    </w:p>
    <w:p/>
    <w:p>
      <w:r>
        <w:rPr>
          <w:b/>
          <w:sz w:val="20"/>
        </w:rPr>
        <w:t>Références réglementaires :</w:t>
      </w:r>
    </w:p>
    <w:p>
      <w:r>
        <w:rPr>
          <w:b w:val="0"/>
          <w:sz w:val="20"/>
        </w:rPr>
        <w:t>Conformément aux articles L3121-28 à L3121-34 du Code du travail relatifs à la durée du travail et à la récupération des heures supplémentaires, ainsi qu’aux accords collectifs applicables au sein de l’entreprise.</w:t>
      </w:r>
    </w:p>
    <w:p/>
    <w:p>
      <w:r>
        <w:rPr>
          <w:b/>
          <w:sz w:val="20"/>
        </w:rPr>
        <w:t>Engagements du salarié :</w:t>
      </w:r>
    </w:p>
    <w:p>
      <w:r>
        <w:rPr>
          <w:b w:val="0"/>
          <w:sz w:val="20"/>
        </w:rPr>
        <w:t>Je m’engage à respecter les modalités de récupération définies en accord avec mon employeur et à informer préalablement de tout empêchement éventuel.</w:t>
      </w:r>
    </w:p>
    <w:p/>
    <w:p>
      <w:r>
        <w:rPr>
          <w:b w:val="0"/>
          <w:sz w:val="20"/>
        </w:rPr>
        <w:t>Je vous prie de bien vouloir accuser réception de la présente demande et de me faire part de votre accord dans les meilleurs délais.</w:t>
      </w:r>
    </w:p>
    <w:p/>
    <w:p/>
    <w:p>
      <w:r>
        <w:rPr>
          <w:b w:val="0"/>
          <w:sz w:val="20"/>
        </w:rPr>
        <w:t>Fait à : 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/>
          <w:sz w:val="20"/>
        </w:rPr>
        <w:t>Signature du salarié :</w:t>
      </w:r>
    </w:p>
    <w:p>
      <w:r>
        <w:rPr>
          <w:b w:val="0"/>
          <w:sz w:val="20"/>
        </w:rPr>
        <w:br/>
        <w:br/>
        <w:t>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APPROBATION DE 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ACCUSÉ DE RÉCEPTION PAR 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et cachet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    Date : 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    Date :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https://juridique-travail.com/modele-de-demande-de-recuperation-d'heures/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demande-de-recuperation-d'heures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