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MODÈLE DE DEMANDE DE DÉROGATION À LA DURÉE MAXIMALE DU TRAVAIL</w:t>
      </w:r>
    </w:p>
    <w:p/>
    <w:p/>
    <w:p>
      <w:r>
        <w:rPr>
          <w:b/>
          <w:sz w:val="20"/>
        </w:rPr>
        <w:t>Employeur :</w:t>
      </w:r>
    </w:p>
    <w:p>
      <w:r>
        <w:rPr>
          <w:b w:val="0"/>
          <w:sz w:val="20"/>
        </w:rPr>
        <w:t>Nom de l'entreprise : _______________________________________________</w:t>
      </w:r>
    </w:p>
    <w:p>
      <w:r>
        <w:rPr>
          <w:b w:val="0"/>
          <w:sz w:val="20"/>
        </w:rPr>
        <w:t>Adresse : ___________________________________________________________</w:t>
      </w:r>
    </w:p>
    <w:p>
      <w:r>
        <w:rPr>
          <w:b w:val="0"/>
          <w:sz w:val="20"/>
        </w:rPr>
        <w:t>SIRET : _____________________________________________________________</w:t>
      </w:r>
    </w:p>
    <w:p>
      <w:r>
        <w:rPr>
          <w:b w:val="0"/>
          <w:sz w:val="20"/>
        </w:rPr>
        <w:t>Représenté par : ____________________________________________________</w:t>
      </w:r>
    </w:p>
    <w:p>
      <w:r>
        <w:rPr>
          <w:b w:val="0"/>
          <w:sz w:val="20"/>
        </w:rPr>
        <w:t>Fonction : __________________________________________________________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_________________________________________________________</w:t>
      </w:r>
    </w:p>
    <w:p/>
    <w:p>
      <w:r>
        <w:rPr>
          <w:b/>
          <w:sz w:val="20"/>
        </w:rPr>
        <w:t>Salarié concerné :</w:t>
      </w:r>
    </w:p>
    <w:p>
      <w:r>
        <w:rPr>
          <w:b w:val="0"/>
          <w:sz w:val="20"/>
        </w:rPr>
        <w:t>Nom et prénom : ____________________________________________________</w:t>
      </w:r>
    </w:p>
    <w:p>
      <w:r>
        <w:rPr>
          <w:b w:val="0"/>
          <w:sz w:val="20"/>
        </w:rPr>
        <w:t>Poste occupé : _____________________________________________________</w:t>
      </w:r>
    </w:p>
    <w:p>
      <w:r>
        <w:rPr>
          <w:b w:val="0"/>
          <w:sz w:val="20"/>
        </w:rPr>
        <w:t>Date d'entrée dans l'entreprise : ____________________________________</w:t>
      </w:r>
    </w:p>
    <w:p>
      <w:r>
        <w:rPr>
          <w:b w:val="0"/>
          <w:sz w:val="20"/>
        </w:rPr>
        <w:t>Durée hebdomadaire normale de travail : ______________________________</w:t>
      </w:r>
    </w:p>
    <w:p/>
    <w:p>
      <w:r>
        <w:rPr>
          <w:b/>
          <w:sz w:val="20"/>
        </w:rPr>
        <w:t>Objet :</w:t>
      </w:r>
    </w:p>
    <w:p>
      <w:r>
        <w:rPr>
          <w:b w:val="0"/>
          <w:sz w:val="20"/>
        </w:rPr>
        <w:t>Demande de dérogation à la durée maximale quotidienne et/ou hebdomadaire de travail prévue par le Code du travail, conformément aux articles L3121-18 et suivants du Code du travail.</w:t>
      </w:r>
    </w:p>
    <w:p/>
    <w:p>
      <w:r>
        <w:rPr>
          <w:b/>
          <w:sz w:val="20"/>
        </w:rPr>
        <w:t>Fondements légaux et circonstances exceptionnelles :</w:t>
      </w:r>
    </w:p>
    <w:p>
      <w:r>
        <w:rPr>
          <w:b w:val="0"/>
          <w:sz w:val="20"/>
        </w:rPr>
        <w:t>En application des dispositions légales, l'employeur sollicite une dérogation à la durée maximale du travail pour répondre à des nécessités liées à :</w:t>
      </w:r>
    </w:p>
    <w:p>
      <w:r>
        <w:rPr>
          <w:b w:val="0"/>
          <w:sz w:val="20"/>
        </w:rPr>
        <w:t>- Une augmentation temporaire de l'activité</w:t>
      </w:r>
    </w:p>
    <w:p>
      <w:r>
        <w:rPr>
          <w:b w:val="0"/>
          <w:sz w:val="20"/>
        </w:rPr>
        <w:t>- Des contraintes liées à des impératifs techniques ou organisationnels</w:t>
      </w:r>
    </w:p>
    <w:p>
      <w:r>
        <w:rPr>
          <w:b w:val="0"/>
          <w:sz w:val="20"/>
        </w:rPr>
        <w:t>- Des nécessités de continuité de service</w:t>
      </w:r>
    </w:p>
    <w:p>
      <w:r>
        <w:rPr>
          <w:b w:val="0"/>
          <w:sz w:val="20"/>
        </w:rPr>
        <w:t>- Autres (préciser) : _________________________________________________</w:t>
      </w:r>
    </w:p>
    <w:p/>
    <w:p>
      <w:r>
        <w:rPr>
          <w:b/>
          <w:sz w:val="20"/>
        </w:rPr>
        <w:t>Durée et modalités demandées :</w:t>
      </w:r>
    </w:p>
    <w:p>
      <w:r>
        <w:rPr>
          <w:b w:val="0"/>
          <w:sz w:val="20"/>
        </w:rPr>
        <w:t>Durée maximale quotidienne souhaitée : __________ heures</w:t>
      </w:r>
    </w:p>
    <w:p>
      <w:r>
        <w:rPr>
          <w:b w:val="0"/>
          <w:sz w:val="20"/>
        </w:rPr>
        <w:t>Durée maximale hebdomadaire souhaitée : __________ heures</w:t>
      </w:r>
    </w:p>
    <w:p>
      <w:r>
        <w:rPr>
          <w:b w:val="0"/>
          <w:sz w:val="20"/>
        </w:rPr>
        <w:t>Période concernée : du ____________________ au ____________________</w:t>
      </w:r>
    </w:p>
    <w:p>
      <w:r>
        <w:rPr>
          <w:b w:val="0"/>
          <w:sz w:val="20"/>
        </w:rPr>
        <w:t>Nombre maximal de dimanches ou jours de repos travaillés : _______________</w:t>
      </w:r>
    </w:p>
    <w:p/>
    <w:p>
      <w:r>
        <w:rPr>
          <w:b/>
          <w:sz w:val="20"/>
        </w:rPr>
        <w:t>Mesures compensatoires proposées :</w:t>
      </w:r>
    </w:p>
    <w:p>
      <w:r>
        <w:rPr>
          <w:b w:val="0"/>
          <w:sz w:val="20"/>
        </w:rPr>
        <w:t>L'employeur s'engage à mettre en place les mesures suivantes pour compenser cette dérogation :</w:t>
      </w:r>
    </w:p>
    <w:p>
      <w:r>
        <w:rPr>
          <w:b w:val="0"/>
          <w:sz w:val="20"/>
        </w:rPr>
        <w:t>- Mise en place de repos compensateurs</w:t>
      </w:r>
    </w:p>
    <w:p>
      <w:r>
        <w:rPr>
          <w:b w:val="0"/>
          <w:sz w:val="20"/>
        </w:rPr>
        <w:t>- Respect des temps de repos quotidien et hebdomadaire</w:t>
      </w:r>
    </w:p>
    <w:p>
      <w:r>
        <w:rPr>
          <w:b w:val="0"/>
          <w:sz w:val="20"/>
        </w:rPr>
        <w:t>- Information et consultation des représentants du personnel</w:t>
      </w:r>
    </w:p>
    <w:p>
      <w:r>
        <w:rPr>
          <w:b w:val="0"/>
          <w:sz w:val="20"/>
        </w:rPr>
        <w:t>- Surveillance accrue de la santé et de la sécurité des salariés</w:t>
      </w:r>
    </w:p>
    <w:p>
      <w:r>
        <w:rPr>
          <w:b w:val="0"/>
          <w:sz w:val="20"/>
        </w:rPr>
        <w:t>- Autres mesures (préciser) : _________________________________________</w:t>
      </w:r>
    </w:p>
    <w:p/>
    <w:p>
      <w:r>
        <w:rPr>
          <w:b/>
          <w:sz w:val="20"/>
        </w:rPr>
        <w:t>Consultation et information des instances représentatives du personnel :</w:t>
      </w:r>
    </w:p>
    <w:p>
      <w:r>
        <w:rPr>
          <w:b w:val="0"/>
          <w:sz w:val="20"/>
        </w:rPr>
        <w:t>L'employeur atteste avoir consulté les instances représentatives du personnel conformément aux articles L2312-8 et suivants du Code du travail.</w:t>
      </w:r>
    </w:p>
    <w:p>
      <w:r>
        <w:rPr>
          <w:b w:val="0"/>
          <w:sz w:val="20"/>
        </w:rPr>
        <w:t>Date(s) de consultation : _______________________________________________</w:t>
      </w:r>
    </w:p>
    <w:p>
      <w:r>
        <w:rPr>
          <w:b w:val="0"/>
          <w:sz w:val="20"/>
        </w:rPr>
        <w:t>Avis rendu : _________________________________________________________</w:t>
      </w:r>
    </w:p>
    <w:p/>
    <w:p>
      <w:r>
        <w:rPr>
          <w:b/>
          <w:sz w:val="20"/>
        </w:rPr>
        <w:t>Engagements de l'employeur :</w:t>
      </w:r>
    </w:p>
    <w:p>
      <w:r>
        <w:rPr>
          <w:b w:val="0"/>
          <w:sz w:val="20"/>
        </w:rPr>
        <w:t>L'employeur s'engage à respecter l'ensemble des obligations légales en matière de durée du travail, à veiller à la santé et à la sécurité des salariés, et à transmettre les informations nécessaires aux autorités compétentes en cas de contrôle.</w:t>
      </w:r>
    </w:p>
    <w:p/>
    <w:p>
      <w:r>
        <w:rPr>
          <w:b/>
          <w:sz w:val="20"/>
        </w:rPr>
        <w:t>Pièces jointes :</w:t>
      </w:r>
    </w:p>
    <w:p>
      <w:r>
        <w:rPr>
          <w:b w:val="0"/>
          <w:sz w:val="20"/>
        </w:rPr>
        <w:t>Liste des documents transmis avec cette demande :</w:t>
      </w:r>
    </w:p>
    <w:p>
      <w:r>
        <w:rPr>
          <w:b w:val="0"/>
          <w:sz w:val="20"/>
        </w:rPr>
        <w:t>- Justificatif de la situation exceptionnelle</w:t>
      </w:r>
    </w:p>
    <w:p>
      <w:r>
        <w:rPr>
          <w:b w:val="0"/>
          <w:sz w:val="20"/>
        </w:rPr>
        <w:t>- Rapport sur les mesures compensatoires</w:t>
      </w:r>
    </w:p>
    <w:p>
      <w:r>
        <w:rPr>
          <w:b w:val="0"/>
          <w:sz w:val="20"/>
        </w:rPr>
        <w:t>- Copies des avis des représentants du personnel</w:t>
      </w:r>
    </w:p>
    <w:p>
      <w:r>
        <w:rPr>
          <w:b w:val="0"/>
          <w:sz w:val="20"/>
        </w:rPr>
        <w:t>- Autres (préciser) : _________________________________________________</w:t>
      </w:r>
    </w:p>
    <w:p/>
    <w:p/>
    <w:p>
      <w:r>
        <w:rPr>
          <w:b w:val="0"/>
          <w:sz w:val="20"/>
        </w:rPr>
        <w:t>Lieu : ______________________________________    Date : 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SALARIÉ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https://juridique-travail.com/modele-de-demande-de-derogation-a-la-duree-maximale-du-travail/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https://juridique-travail.com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juridique-travail.com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travail.com/modele-de-demande-de-derogation-a-la-duree-maximale-du-travail/" TargetMode="External"/><Relationship Id="rId10" Type="http://schemas.openxmlformats.org/officeDocument/2006/relationships/hyperlink" Target="https://juridique-trav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