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CONTRAT D’ENTRETIEN DE JARDIN</w:t>
      </w:r>
    </w:p>
    <w:p/>
    <w:p>
      <w:r>
        <w:rPr>
          <w:b w:val="0"/>
          <w:sz w:val="20"/>
        </w:rPr>
        <w:t>Lieu : ____________________________    Date : ____________________________</w:t>
      </w:r>
    </w:p>
    <w:p/>
    <w:p>
      <w:r>
        <w:rPr>
          <w:b/>
          <w:sz w:val="20"/>
        </w:rPr>
        <w:t>Données du Prestataire :</w:t>
      </w:r>
    </w:p>
    <w:p>
      <w:r>
        <w:rPr>
          <w:b w:val="0"/>
          <w:sz w:val="20"/>
        </w:rPr>
        <w:t>Nom / Raison sociale : ________________________________________________</w:t>
      </w:r>
    </w:p>
    <w:p>
      <w:r>
        <w:rPr>
          <w:b w:val="0"/>
          <w:sz w:val="20"/>
        </w:rPr>
        <w:t>Adresse : ______________________________________________________________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____________________________________________________________</w:t>
      </w:r>
    </w:p>
    <w:p>
      <w:r>
        <w:rPr>
          <w:b w:val="0"/>
          <w:sz w:val="20"/>
        </w:rPr>
        <w:t>Adresse e-mail : _______________________________________________________</w:t>
      </w:r>
    </w:p>
    <w:p>
      <w:r>
        <w:rPr>
          <w:b w:val="0"/>
          <w:sz w:val="20"/>
        </w:rPr>
        <w:t>Numéro SIRET : _________________________________________________________</w:t>
      </w:r>
    </w:p>
    <w:p/>
    <w:p>
      <w:r>
        <w:rPr>
          <w:b/>
          <w:sz w:val="20"/>
        </w:rPr>
        <w:t>Données du Client :</w:t>
      </w:r>
    </w:p>
    <w:p>
      <w:r>
        <w:rPr>
          <w:b w:val="0"/>
          <w:sz w:val="20"/>
        </w:rPr>
        <w:t>Nom / Prénom : 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____________________________________________________________</w:t>
      </w:r>
    </w:p>
    <w:p>
      <w:r>
        <w:rPr>
          <w:b w:val="0"/>
          <w:sz w:val="20"/>
        </w:rPr>
        <w:t>Adresse e-mail : _______________________________________________________</w:t>
      </w:r>
    </w:p>
    <w:p/>
    <w:p>
      <w:r>
        <w:rPr>
          <w:b/>
          <w:sz w:val="20"/>
        </w:rPr>
        <w:t>Objet du contrat :</w:t>
      </w:r>
    </w:p>
    <w:p>
      <w:r>
        <w:rPr>
          <w:b w:val="0"/>
          <w:sz w:val="20"/>
        </w:rPr>
        <w:t>Le présent contrat a pour objet la réalisation des prestations d’entretien de jardin détaillées ci-dessous, sur le lieu indiqué par le Client.</w:t>
      </w:r>
    </w:p>
    <w:p/>
    <w:p>
      <w:r>
        <w:rPr>
          <w:b/>
          <w:sz w:val="20"/>
        </w:rPr>
        <w:t>Description des prestations :</w:t>
      </w:r>
    </w:p>
    <w:p>
      <w:r>
        <w:rPr>
          <w:b w:val="0"/>
          <w:sz w:val="20"/>
        </w:rPr>
        <w:t>Le Prestataire s’engage à effectuer les travaux suivants :</w:t>
      </w:r>
    </w:p>
    <w:p>
      <w:r>
        <w:rPr>
          <w:b w:val="0"/>
          <w:sz w:val="20"/>
        </w:rPr>
        <w:t>- Tonte de la pelouse</w:t>
      </w:r>
    </w:p>
    <w:p>
      <w:r>
        <w:rPr>
          <w:b w:val="0"/>
          <w:sz w:val="20"/>
        </w:rPr>
        <w:t>- Taille des haies et arbustes</w:t>
      </w:r>
    </w:p>
    <w:p>
      <w:r>
        <w:rPr>
          <w:b w:val="0"/>
          <w:sz w:val="20"/>
        </w:rPr>
        <w:t>- Désherbage manuel et/ou chimique</w:t>
      </w:r>
    </w:p>
    <w:p>
      <w:r>
        <w:rPr>
          <w:b w:val="0"/>
          <w:sz w:val="20"/>
        </w:rPr>
        <w:t>- Nettoyage des allées et terrasses</w:t>
      </w:r>
    </w:p>
    <w:p>
      <w:r>
        <w:rPr>
          <w:b w:val="0"/>
          <w:sz w:val="20"/>
        </w:rPr>
        <w:t>- Entretien des massifs et plantations</w:t>
      </w:r>
    </w:p>
    <w:p>
      <w:r>
        <w:rPr>
          <w:b w:val="0"/>
          <w:sz w:val="20"/>
        </w:rPr>
        <w:t>- Ramassage des feuilles</w:t>
      </w:r>
    </w:p>
    <w:p>
      <w:r>
        <w:rPr>
          <w:b w:val="0"/>
          <w:sz w:val="20"/>
        </w:rPr>
        <w:t>- Autres prestations (à préciser) : ____________________________________</w:t>
      </w:r>
    </w:p>
    <w:p/>
    <w:p>
      <w:r>
        <w:rPr>
          <w:b/>
          <w:sz w:val="20"/>
        </w:rPr>
        <w:t>Fréquence et planning des interventions :</w:t>
      </w:r>
    </w:p>
    <w:p>
      <w:r>
        <w:rPr>
          <w:b w:val="0"/>
          <w:sz w:val="20"/>
        </w:rPr>
        <w:t>Les interventions auront lieu selon la fréquence suivante 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Les jours et heures d’intervention seront convenus entre les parties.</w:t>
      </w:r>
    </w:p>
    <w:p/>
    <w:p>
      <w:r>
        <w:rPr>
          <w:b/>
          <w:sz w:val="20"/>
        </w:rPr>
        <w:t>Durée du contrat :</w:t>
      </w:r>
    </w:p>
    <w:p>
      <w:r>
        <w:rPr>
          <w:b w:val="0"/>
          <w:sz w:val="20"/>
        </w:rPr>
        <w:t>Le présent contrat est conclu pour une durée de ______ mois/années à compter de la date de signature.</w:t>
      </w:r>
    </w:p>
    <w:p>
      <w:r>
        <w:rPr>
          <w:b w:val="0"/>
          <w:sz w:val="20"/>
        </w:rPr>
        <w:t>Il est renouvelable par tacite reconduction sauf dénonciation par l’une des parties avec un préavis de ______ mois, par lettre recommandée avec accusé de réception.</w:t>
      </w:r>
    </w:p>
    <w:p/>
    <w:p>
      <w:r>
        <w:rPr>
          <w:b/>
          <w:sz w:val="20"/>
        </w:rPr>
        <w:t>Prix et modalités de paiement :</w:t>
      </w:r>
    </w:p>
    <w:p>
      <w:r>
        <w:rPr>
          <w:b w:val="0"/>
          <w:sz w:val="20"/>
        </w:rPr>
        <w:t>Le montant total des prestations est fixé à : _________________ EUR hors taxes.</w:t>
      </w:r>
    </w:p>
    <w:p>
      <w:r>
        <w:rPr>
          <w:b w:val="0"/>
          <w:sz w:val="20"/>
        </w:rPr>
        <w:t>Le paiement s’effectuera selon les modalités suivantes :</w:t>
      </w:r>
    </w:p>
    <w:p>
      <w:r>
        <w:rPr>
          <w:b w:val="0"/>
          <w:sz w:val="20"/>
        </w:rPr>
        <w:t>- Paiement mensuel/trimestriel/annuel (rayer la mention inutile)</w:t>
      </w:r>
    </w:p>
    <w:p>
      <w:r>
        <w:rPr>
          <w:b w:val="0"/>
          <w:sz w:val="20"/>
        </w:rPr>
        <w:t>- Paiement par chèque, virement ou autre moyen convenu entre les parties.</w:t>
      </w:r>
    </w:p>
    <w:p>
      <w:r>
        <w:rPr>
          <w:b w:val="0"/>
          <w:sz w:val="20"/>
        </w:rPr>
        <w:t>Les factures seront adressées au Client et payables dans un délai de ______ jours à compter de leur réception.</w:t>
      </w:r>
    </w:p>
    <w:p/>
    <w:p>
      <w:r>
        <w:rPr>
          <w:b/>
          <w:sz w:val="20"/>
        </w:rPr>
        <w:t>Obligations du Prestataire :</w:t>
      </w:r>
    </w:p>
    <w:p>
      <w:r>
        <w:rPr>
          <w:b w:val="0"/>
          <w:sz w:val="20"/>
        </w:rPr>
        <w:t>Le Prestataire s’engage à :</w:t>
      </w:r>
    </w:p>
    <w:p>
      <w:r>
        <w:rPr>
          <w:b w:val="0"/>
          <w:sz w:val="20"/>
        </w:rPr>
        <w:t>- Réaliser les travaux conformément aux règles de l’art et dans les délais convenus.</w:t>
      </w:r>
    </w:p>
    <w:p>
      <w:r>
        <w:rPr>
          <w:b w:val="0"/>
          <w:sz w:val="20"/>
        </w:rPr>
        <w:t>- Utiliser des produits conformes à la réglementation en vigueur.</w:t>
      </w:r>
    </w:p>
    <w:p>
      <w:r>
        <w:rPr>
          <w:b w:val="0"/>
          <w:sz w:val="20"/>
        </w:rPr>
        <w:t>- Informer le Client de toute difficulté rencontrée durant l’exécution des prestations.</w:t>
      </w:r>
    </w:p>
    <w:p>
      <w:r>
        <w:rPr>
          <w:b w:val="0"/>
          <w:sz w:val="20"/>
        </w:rPr>
        <w:t>- Respecter les lieux et le matériel du Client.</w:t>
      </w:r>
    </w:p>
    <w:p/>
    <w:p>
      <w:r>
        <w:rPr>
          <w:b/>
          <w:sz w:val="20"/>
        </w:rPr>
        <w:t>Obligations du Client :</w:t>
      </w:r>
    </w:p>
    <w:p>
      <w:r>
        <w:rPr>
          <w:b w:val="0"/>
          <w:sz w:val="20"/>
        </w:rPr>
        <w:t>Le Client s’engage à :</w:t>
      </w:r>
    </w:p>
    <w:p>
      <w:r>
        <w:rPr>
          <w:b w:val="0"/>
          <w:sz w:val="20"/>
        </w:rPr>
        <w:t>- Faciliter l’accès au jardin et aux équipements nécessaires à l’exécution des prestations.</w:t>
      </w:r>
    </w:p>
    <w:p>
      <w:r>
        <w:rPr>
          <w:b w:val="0"/>
          <w:sz w:val="20"/>
        </w:rPr>
        <w:t>- Payer les factures aux échéances convenues.</w:t>
      </w:r>
    </w:p>
    <w:p>
      <w:r>
        <w:rPr>
          <w:b w:val="0"/>
          <w:sz w:val="20"/>
        </w:rPr>
        <w:t>- Informer le Prestataire de toute modification susceptible d’affecter la réalisation des prestations.</w:t>
      </w:r>
    </w:p>
    <w:p/>
    <w:p>
      <w:r>
        <w:rPr>
          <w:b/>
          <w:sz w:val="20"/>
        </w:rPr>
        <w:t>Responsabilité :</w:t>
      </w:r>
    </w:p>
    <w:p>
      <w:r>
        <w:rPr>
          <w:b w:val="0"/>
          <w:sz w:val="20"/>
        </w:rPr>
        <w:t>Le Prestataire est responsable des dommages causés directement par son personnel dans le cadre des prestations, hors cas de force majeure.</w:t>
      </w:r>
    </w:p>
    <w:p>
      <w:r>
        <w:rPr>
          <w:b w:val="0"/>
          <w:sz w:val="20"/>
        </w:rPr>
        <w:t>Le Client est responsable des dommages résultant d’une information erronée ou de l’état des lieux.</w:t>
      </w:r>
    </w:p>
    <w:p/>
    <w:p>
      <w:r>
        <w:rPr>
          <w:b/>
          <w:sz w:val="20"/>
        </w:rPr>
        <w:t>Résiliation :</w:t>
      </w:r>
    </w:p>
    <w:p>
      <w:r>
        <w:rPr>
          <w:b w:val="0"/>
          <w:sz w:val="20"/>
        </w:rPr>
        <w:t>Chaque partie peut résilier le contrat en respectant le délai de préavis prévu à l’article « Durée du contrat ».</w:t>
      </w:r>
    </w:p>
    <w:p>
      <w:r>
        <w:rPr>
          <w:b w:val="0"/>
          <w:sz w:val="20"/>
        </w:rPr>
        <w:t>En cas de manquement grave à ses obligations, le contrat pourra être résilié immédiatement par l’autre partie, après mise en demeure restée infructueuse pendant un délai de 15 jours.</w:t>
      </w:r>
    </w:p>
    <w:p/>
    <w:p>
      <w:r>
        <w:rPr>
          <w:b/>
          <w:sz w:val="20"/>
        </w:rPr>
        <w:t>Confidentialité :</w:t>
      </w:r>
    </w:p>
    <w:p>
      <w:r>
        <w:rPr>
          <w:b w:val="0"/>
          <w:sz w:val="20"/>
        </w:rPr>
        <w:t>Les parties s’engagent à garder confidentielles les informations échangées dans le cadre de l’exécution du présent contrat.</w:t>
      </w:r>
    </w:p>
    <w:p/>
    <w:p>
      <w:r>
        <w:rPr>
          <w:b/>
          <w:sz w:val="20"/>
        </w:rPr>
        <w:t>Litiges :</w:t>
      </w:r>
    </w:p>
    <w:p>
      <w:r>
        <w:rPr>
          <w:b w:val="0"/>
          <w:sz w:val="20"/>
        </w:rPr>
        <w:t>Tout différend relatif à l’interprétation ou à l’exécution du présent contrat sera soumis à la compétence exclusive des tribunaux français compétents.</w:t>
      </w:r>
    </w:p>
    <w:p>
      <w:r>
        <w:rPr>
          <w:b w:val="0"/>
          <w:sz w:val="20"/>
        </w:rPr>
        <w:t>Les parties s’efforceront de résoudre leurs différends à l’amiable avant toute action judiciaire.</w:t>
      </w:r>
    </w:p>
    <w:p/>
    <w:p/>
    <w:p>
      <w:r>
        <w:rPr>
          <w:b w:val="0"/>
          <w:sz w:val="20"/>
        </w:rPr>
        <w:t>Lieu et date de la signature 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PRESTATAIRE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CLIENT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https://juridique-travail.com/modele-de-contrat-d'entretien-jardin/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modele-de-contrat-d'entretien-jardin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