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CONVENTION TRIPARTITE DE</w:t>
        <w:br/>
        <w:t>TRANSFERT DE CONTRAT DE TRAVAIL</w:t>
      </w:r>
    </w:p>
    <w:p/>
    <w:p/>
    <w:p>
      <w:r>
        <w:rPr>
          <w:b/>
          <w:sz w:val="20"/>
        </w:rPr>
        <w:t xml:space="preserve">Entre les soussignés : </w:t>
      </w:r>
    </w:p>
    <w:p/>
    <w:p>
      <w:r>
        <w:rPr>
          <w:b/>
          <w:sz w:val="20"/>
        </w:rPr>
        <w:t>1. L’Entreprise Cédante :</w:t>
      </w:r>
    </w:p>
    <w:p>
      <w:r>
        <w:rPr>
          <w:b w:val="0"/>
          <w:sz w:val="20"/>
        </w:rPr>
        <w:t>Nom / Raison sociale : ________________________________________________</w:t>
      </w:r>
    </w:p>
    <w:p>
      <w:r>
        <w:rPr>
          <w:b w:val="0"/>
          <w:sz w:val="20"/>
        </w:rPr>
        <w:t>Adresse : ____________________________________________________________</w:t>
      </w:r>
    </w:p>
    <w:p>
      <w:r>
        <w:rPr>
          <w:b w:val="0"/>
          <w:sz w:val="20"/>
        </w:rPr>
        <w:t>Représentée par : ________________________________________________</w:t>
      </w:r>
    </w:p>
    <w:p>
      <w:r>
        <w:rPr>
          <w:b w:val="0"/>
          <w:sz w:val="20"/>
        </w:rPr>
        <w:t>Fonction : ___________________________________________________________</w:t>
      </w:r>
    </w:p>
    <w:p/>
    <w:p>
      <w:r>
        <w:rPr>
          <w:b/>
          <w:sz w:val="20"/>
        </w:rPr>
        <w:t>2. L’Entreprise Cessionnaire :</w:t>
      </w:r>
    </w:p>
    <w:p>
      <w:r>
        <w:rPr>
          <w:b w:val="0"/>
          <w:sz w:val="20"/>
        </w:rPr>
        <w:t>Nom / Raison sociale : ________________________________________________</w:t>
      </w:r>
    </w:p>
    <w:p>
      <w:r>
        <w:rPr>
          <w:b w:val="0"/>
          <w:sz w:val="20"/>
        </w:rPr>
        <w:t>Adresse : ____________________________________________________________</w:t>
      </w:r>
    </w:p>
    <w:p>
      <w:r>
        <w:rPr>
          <w:b w:val="0"/>
          <w:sz w:val="20"/>
        </w:rPr>
        <w:t>Représentée par : ________________________________________________</w:t>
      </w:r>
    </w:p>
    <w:p>
      <w:r>
        <w:rPr>
          <w:b w:val="0"/>
          <w:sz w:val="20"/>
        </w:rPr>
        <w:t>Fonction : ___________________________________________________________</w:t>
      </w:r>
    </w:p>
    <w:p/>
    <w:p>
      <w:r>
        <w:rPr>
          <w:b/>
          <w:sz w:val="20"/>
        </w:rPr>
        <w:t>3. Le Salarié :</w:t>
      </w:r>
    </w:p>
    <w:p>
      <w:r>
        <w:rPr>
          <w:b w:val="0"/>
          <w:sz w:val="20"/>
        </w:rPr>
        <w:t>Nom et Prénom : ______________________________________________________</w:t>
      </w:r>
    </w:p>
    <w:p>
      <w:r>
        <w:rPr>
          <w:b w:val="0"/>
          <w:sz w:val="20"/>
        </w:rPr>
        <w:t>Adresse : ____________________________________________________________</w:t>
      </w:r>
    </w:p>
    <w:p>
      <w:r>
        <w:rPr>
          <w:b w:val="0"/>
          <w:sz w:val="20"/>
        </w:rPr>
        <w:t>Emploi / Fonction : _________________________________________________</w:t>
      </w:r>
    </w:p>
    <w:p>
      <w:r>
        <w:rPr>
          <w:b w:val="0"/>
          <w:sz w:val="20"/>
        </w:rPr>
        <w:t>Ancienneté dans l’entreprise cédante : _______________________________</w:t>
      </w:r>
    </w:p>
    <w:p/>
    <w:p>
      <w:r>
        <w:rPr>
          <w:b/>
          <w:sz w:val="20"/>
        </w:rPr>
        <w:t>Il a été convenu ce qui suit :</w:t>
      </w:r>
    </w:p>
    <w:p/>
    <w:p/>
    <w:p>
      <w:r>
        <w:rPr>
          <w:b/>
          <w:sz w:val="20"/>
        </w:rPr>
        <w:t>Article 1 – Objet du transfert</w:t>
      </w:r>
    </w:p>
    <w:p>
      <w:r>
        <w:rPr>
          <w:b w:val="0"/>
          <w:sz w:val="20"/>
        </w:rPr>
        <w:t>La présente convention a pour objet d’organiser le transfert du contrat de travail du Salarié de l’Entreprise Cédante à l’Entreprise Cessionnaire, conformément aux dispositions des articles L1224-1 et suivants du Code du travail.</w:t>
      </w:r>
    </w:p>
    <w:p/>
    <w:p>
      <w:r>
        <w:rPr>
          <w:b/>
          <w:sz w:val="20"/>
        </w:rPr>
        <w:t>Article 2 – Situation du salarié</w:t>
      </w:r>
    </w:p>
    <w:p>
      <w:r>
        <w:rPr>
          <w:b w:val="0"/>
          <w:sz w:val="20"/>
        </w:rPr>
        <w:t>Le Salarié conserve, à la date du transfert, tous les droits attachés à son contrat de travail, notamment en matière de rémunération, d’ancienneté, de qualification, de congés payés, et de régime de prévoyance et de retraite, conformément à la législation en vigueur.</w:t>
      </w:r>
    </w:p>
    <w:p/>
    <w:p>
      <w:r>
        <w:rPr>
          <w:b/>
          <w:sz w:val="20"/>
        </w:rPr>
        <w:t>Article 3 – Date de transfert</w:t>
      </w:r>
    </w:p>
    <w:p>
      <w:r>
        <w:rPr>
          <w:b w:val="0"/>
          <w:sz w:val="20"/>
        </w:rPr>
        <w:t>Le transfert effectif du contrat de travail interviendra à compter du jour où les activités transférées seront prises en charge par l’Entreprise Cessionnaire. Cette date est fixée à : _______________________________________________.</w:t>
      </w:r>
    </w:p>
    <w:p/>
    <w:p>
      <w:r>
        <w:rPr>
          <w:b/>
          <w:sz w:val="20"/>
        </w:rPr>
        <w:t>Article 4 – Obligations de l’Entreprise Cédante</w:t>
      </w:r>
    </w:p>
    <w:p>
      <w:r>
        <w:rPr>
          <w:b w:val="0"/>
          <w:sz w:val="20"/>
        </w:rPr>
        <w:t>L’Entreprise Cédante s’engage à transmettre à l’Entreprise Cessionnaire tous les documents relatifs au contrat de travail du Salarié, y compris les bulletins de salaire, attestations et tout autre document utile à la bonne continuité de la relation contractuelle.</w:t>
      </w:r>
    </w:p>
    <w:p/>
    <w:p>
      <w:r>
        <w:rPr>
          <w:b/>
          <w:sz w:val="20"/>
        </w:rPr>
        <w:t>Article 5 – Obligations de l’Entreprise Cessionnaire</w:t>
      </w:r>
    </w:p>
    <w:p>
      <w:r>
        <w:rPr>
          <w:b w:val="0"/>
          <w:sz w:val="20"/>
        </w:rPr>
        <w:t>L’Entreprise Cessionnaire s’engage à respecter toutes les obligations résultant du contrat de travail transféré, notamment en matière de rémunération, de conditions de travail et de sécurité sociale. Elle garantit également au Salarié la poursuite de ses droits acquis au sein de l’Entreprise Cédante.</w:t>
      </w:r>
    </w:p>
    <w:p/>
    <w:p>
      <w:r>
        <w:rPr>
          <w:b/>
          <w:sz w:val="20"/>
        </w:rPr>
        <w:t>Article 6 – Engagement du Salarié</w:t>
      </w:r>
    </w:p>
    <w:p>
      <w:r>
        <w:rPr>
          <w:b w:val="0"/>
          <w:sz w:val="20"/>
        </w:rPr>
        <w:t>Le Salarié accepte le transfert de son contrat de travail à l’Entreprise Cessionnaire et reconnait que ce transfert ne constitue pas une rupture de contrat mais une continuation dans ses fonctions avec le nouvel employeur.</w:t>
      </w:r>
    </w:p>
    <w:p/>
    <w:p>
      <w:r>
        <w:rPr>
          <w:b/>
          <w:sz w:val="20"/>
        </w:rPr>
        <w:t>Article 7 – Durée de la convention</w:t>
      </w:r>
    </w:p>
    <w:p>
      <w:r>
        <w:rPr>
          <w:b w:val="0"/>
          <w:sz w:val="20"/>
        </w:rPr>
        <w:t>La présente convention prend effet à la date convenue de transfert et restera valable tant que le Salarié sera employé par l’Entreprise Cessionnaire dans le cadre des activités transférées.</w:t>
      </w:r>
    </w:p>
    <w:p/>
    <w:p>
      <w:r>
        <w:rPr>
          <w:b/>
          <w:sz w:val="20"/>
        </w:rPr>
        <w:t>Article 8 – Dispositions diverses</w:t>
      </w:r>
    </w:p>
    <w:p>
      <w:r>
        <w:rPr>
          <w:b w:val="0"/>
          <w:sz w:val="20"/>
        </w:rPr>
        <w:t>Toute modification des conditions de travail ou du contrat de travail devra faire l’objet d’un accord écrit entre le Salarié et l’Entreprise Cessionnaire. La présente convention est soumise au droit français.</w:t>
      </w:r>
    </w:p>
    <w:p/>
    <w:p/>
    <w:p>
      <w:r>
        <w:rPr>
          <w:b w:val="0"/>
          <w:sz w:val="20"/>
        </w:rPr>
        <w:t>Lieu de signature : __________________________________________</w:t>
      </w:r>
    </w:p>
    <w:p/>
    <w:p/>
    <w:tbl>
      <w:tblPr>
        <w:tblW w:type="auto" w:w="0"/>
        <w:tblLayout w:type="autofit"/>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pPr>
              <w:jc w:val="center"/>
            </w:pPr>
            <w:r>
              <w:t>ENTREPRISE CÉDANTE</w:t>
            </w:r>
          </w:p>
        </w:tc>
        <w:tc>
          <w:tcPr>
            <w:tcW w:type="dxa" w:w="3324"/>
            <w:tcBorders>
              <w:top w:val="nil"/>
              <w:left w:val="nil"/>
              <w:bottom w:val="nil"/>
              <w:right w:val="nil"/>
              <w:insideH w:val="nil"/>
              <w:insideV w:val="nil"/>
            </w:tcBorders>
          </w:tcPr>
          <w:p>
            <w:pPr>
              <w:jc w:val="center"/>
            </w:pPr>
            <w:r>
              <w:t>ENTREPRISE CESSIONNAIRE</w:t>
            </w:r>
          </w:p>
        </w:tc>
        <w:tc>
          <w:tcPr>
            <w:tcW w:type="dxa" w:w="3324"/>
            <w:tcBorders>
              <w:top w:val="nil"/>
              <w:left w:val="nil"/>
              <w:bottom w:val="nil"/>
              <w:right w:val="nil"/>
              <w:insideH w:val="nil"/>
              <w:insideV w:val="nil"/>
            </w:tcBorders>
          </w:tcPr>
          <w:p>
            <w:pPr>
              <w:jc w:val="center"/>
            </w:pPr>
            <w:r>
              <w:t>SALARIÉ</w:t>
            </w:r>
          </w:p>
        </w:tc>
      </w:tr>
      <w:tr>
        <w:tc>
          <w:tcPr>
            <w:tcW w:type="dxa" w:w="3324"/>
            <w:tcBorders>
              <w:top w:val="nil"/>
              <w:left w:val="nil"/>
              <w:bottom w:val="nil"/>
              <w:right w:val="nil"/>
              <w:insideH w:val="nil"/>
              <w:insideV w:val="nil"/>
            </w:tcBorders>
          </w:tcPr>
          <w:p>
            <w:pPr>
              <w:jc w:val="center"/>
            </w:pPr>
            <w:r>
              <w:br/>
              <w:br/>
              <w:t>Signature : _________________________</w:t>
            </w:r>
          </w:p>
        </w:tc>
        <w:tc>
          <w:tcPr>
            <w:tcW w:type="dxa" w:w="3324"/>
            <w:tcBorders>
              <w:top w:val="nil"/>
              <w:left w:val="nil"/>
              <w:bottom w:val="nil"/>
              <w:right w:val="nil"/>
              <w:insideH w:val="nil"/>
              <w:insideV w:val="nil"/>
            </w:tcBorders>
          </w:tcPr>
          <w:p>
            <w:pPr>
              <w:jc w:val="center"/>
            </w:pPr>
            <w:r>
              <w:br/>
              <w:br/>
              <w:t>Signature : _________________________</w:t>
            </w:r>
          </w:p>
        </w:tc>
        <w:tc>
          <w:tcPr>
            <w:tcW w:type="dxa" w:w="3324"/>
            <w:tcBorders>
              <w:top w:val="nil"/>
              <w:left w:val="nil"/>
              <w:bottom w:val="nil"/>
              <w:right w:val="nil"/>
              <w:insideH w:val="nil"/>
              <w:insideV w:val="nil"/>
            </w:tcBorders>
          </w:tcPr>
          <w:p>
            <w:pPr>
              <w:jc w:val="center"/>
            </w:pPr>
            <w:r>
              <w:br/>
              <w:br/>
              <w:t>Signature : _________________________</w:t>
            </w:r>
          </w:p>
        </w:tc>
      </w:tr>
      <w:tr>
        <w:tc>
          <w:tcPr>
            <w:tcW w:type="dxa" w:w="3324"/>
            <w:tcBorders>
              <w:top w:val="nil"/>
              <w:left w:val="nil"/>
              <w:bottom w:val="nil"/>
              <w:right w:val="nil"/>
              <w:insideH w:val="nil"/>
              <w:insideV w:val="nil"/>
            </w:tcBorders>
          </w:tcPr>
          <w:p>
            <w:pPr>
              <w:jc w:val="center"/>
            </w:pPr>
            <w:r>
              <w:t>Nom et fonction : __________________________</w:t>
            </w:r>
          </w:p>
        </w:tc>
        <w:tc>
          <w:tcPr>
            <w:tcW w:type="dxa" w:w="3324"/>
            <w:tcBorders>
              <w:top w:val="nil"/>
              <w:left w:val="nil"/>
              <w:bottom w:val="nil"/>
              <w:right w:val="nil"/>
              <w:insideH w:val="nil"/>
              <w:insideV w:val="nil"/>
            </w:tcBorders>
          </w:tcPr>
          <w:p>
            <w:pPr>
              <w:jc w:val="center"/>
            </w:pPr>
            <w:r>
              <w:t>Nom et fonction : __________________________</w:t>
            </w:r>
          </w:p>
        </w:tc>
        <w:tc>
          <w:tcPr>
            <w:tcW w:type="dxa" w:w="3324"/>
            <w:tcBorders>
              <w:top w:val="nil"/>
              <w:left w:val="nil"/>
              <w:bottom w:val="nil"/>
              <w:right w:val="nil"/>
              <w:insideH w:val="nil"/>
              <w:insideV w:val="nil"/>
            </w:tcBorders>
          </w:tcPr>
          <w:p>
            <w:pPr>
              <w:jc w:val="center"/>
            </w:pPr>
            <w:r>
              <w:t>Nom : __________________________</w:t>
            </w:r>
          </w:p>
        </w:tc>
      </w:tr>
      <w:tr>
        <w:tc>
          <w:tcPr>
            <w:tcW w:type="dxa" w:w="3324"/>
            <w:tcBorders>
              <w:top w:val="nil"/>
              <w:left w:val="nil"/>
              <w:bottom w:val="nil"/>
              <w:right w:val="nil"/>
              <w:insideH w:val="nil"/>
              <w:insideV w:val="nil"/>
            </w:tcBorders>
          </w:tcPr>
          <w:p>
            <w:pPr>
              <w:jc w:val="center"/>
            </w:pPr>
            <w:r>
              <w:t>Date : ______________________________</w:t>
            </w:r>
          </w:p>
        </w:tc>
        <w:tc>
          <w:tcPr>
            <w:tcW w:type="dxa" w:w="3324"/>
            <w:tcBorders>
              <w:top w:val="nil"/>
              <w:left w:val="nil"/>
              <w:bottom w:val="nil"/>
              <w:right w:val="nil"/>
              <w:insideH w:val="nil"/>
              <w:insideV w:val="nil"/>
            </w:tcBorders>
          </w:tcPr>
          <w:p>
            <w:pPr>
              <w:jc w:val="center"/>
            </w:pPr>
            <w:r>
              <w:t>Date : ______________________________</w:t>
            </w:r>
          </w:p>
        </w:tc>
        <w:tc>
          <w:tcPr>
            <w:tcW w:type="dxa" w:w="3324"/>
            <w:tcBorders>
              <w:top w:val="nil"/>
              <w:left w:val="nil"/>
              <w:bottom w:val="nil"/>
              <w:right w:val="nil"/>
              <w:insideH w:val="nil"/>
              <w:insideV w:val="nil"/>
            </w:tcBorders>
          </w:tcPr>
          <w:p>
            <w:pPr>
              <w:jc w:val="center"/>
            </w:pPr>
            <w:r>
              <w:t>Date : 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https://juridique-travail.com/modele-convention-tripartite-transfert-de-contrat-de-travail/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convention-tripartite-transfert-de-contrat-de-travail/"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