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TRAVAIL À DURÉE DÉTERMINÉE D’USAGE</w:t>
      </w:r>
    </w:p>
    <w:p>
      <w:pPr>
        <w:jc w:val="center"/>
      </w:pPr>
      <w:r>
        <w:rPr>
          <w:b/>
          <w:sz w:val="20"/>
        </w:rPr>
        <w:t>Contrat Intermittent du Spectacle</w:t>
      </w:r>
    </w:p>
    <w:p/>
    <w:p/>
    <w:p>
      <w:r>
        <w:rPr>
          <w:b/>
          <w:sz w:val="20"/>
        </w:rPr>
        <w:t>Entre les soussignés :</w:t>
      </w:r>
    </w:p>
    <w:p>
      <w:r>
        <w:rPr>
          <w:b/>
          <w:sz w:val="20"/>
        </w:rPr>
        <w:t>L’Employeur :</w:t>
      </w:r>
    </w:p>
    <w:p>
      <w:r>
        <w:rPr>
          <w:b w:val="0"/>
          <w:sz w:val="20"/>
        </w:rPr>
        <w:t>Nom/Raison sociale : ________________________________________________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Représenté(e) par : ________________________________________________</w:t>
      </w:r>
    </w:p>
    <w:p>
      <w:r>
        <w:rPr>
          <w:b w:val="0"/>
          <w:sz w:val="20"/>
        </w:rPr>
        <w:t>Qualité : ___________________________________________________________</w:t>
      </w:r>
    </w:p>
    <w:p/>
    <w:p>
      <w:r>
        <w:rPr>
          <w:b/>
          <w:sz w:val="20"/>
        </w:rPr>
        <w:t>Et le Salarié :</w:t>
      </w:r>
    </w:p>
    <w:p>
      <w:r>
        <w:rPr>
          <w:b w:val="0"/>
          <w:sz w:val="20"/>
        </w:rPr>
        <w:t>Nom et prénom : ____________________________________________________</w:t>
      </w:r>
    </w:p>
    <w:p>
      <w:r>
        <w:rPr>
          <w:b w:val="0"/>
          <w:sz w:val="20"/>
        </w:rPr>
        <w:t>Né(e) le : 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Numéro de sécurité sociale : 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/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présent contrat est conclu en application des articles L1242-2 et suivants du Code du travail, concernant le contrat de travail à durée déterminée d’usage dans le secteur du spectacle vivant et enregistré. Le Salarié est engagé pour occuper un emploi lié à une ou plusieurs productions ou prestations artistiques.</w:t>
      </w:r>
    </w:p>
    <w:p/>
    <w:p>
      <w:r>
        <w:rPr>
          <w:b/>
          <w:sz w:val="20"/>
        </w:rPr>
        <w:t>Article 2 – Fonction et qualification</w:t>
      </w:r>
    </w:p>
    <w:p>
      <w:r>
        <w:rPr>
          <w:b w:val="0"/>
          <w:sz w:val="20"/>
        </w:rPr>
        <w:t>Le Salarié est engagé en qualité de : ____________________________________. Sa qualification professionnelle correspond à : __________________________.</w:t>
      </w:r>
    </w:p>
    <w:p/>
    <w:p>
      <w:r>
        <w:rPr>
          <w:b/>
          <w:sz w:val="20"/>
        </w:rPr>
        <w:t>Article 3 – Durée du contrat et période d’intervention</w:t>
      </w:r>
    </w:p>
    <w:p>
      <w:r>
        <w:rPr>
          <w:b w:val="0"/>
          <w:sz w:val="20"/>
        </w:rPr>
        <w:t>Le présent contrat est conclu pour une durée déterminée d’usage. Le Salarié interviendra lors des périodes suivantes : du _________________ au _________________, pour une durée totale de __________ jours.</w:t>
      </w:r>
    </w:p>
    <w:p>
      <w:r>
        <w:rPr>
          <w:b w:val="0"/>
          <w:sz w:val="20"/>
        </w:rPr>
        <w:t>Les dates, horaires et lieux d’intervention sont précisés par avenant ou planning remis au Salarié.</w:t>
      </w:r>
    </w:p>
    <w:p/>
    <w:p>
      <w:r>
        <w:rPr>
          <w:b/>
          <w:sz w:val="20"/>
        </w:rPr>
        <w:t>Article 4 – Lieu de travail</w:t>
      </w:r>
    </w:p>
    <w:p>
      <w:r>
        <w:rPr>
          <w:b w:val="0"/>
          <w:sz w:val="20"/>
        </w:rPr>
        <w:t>Le Salarié exercera ses fonctions principalement à : ______________________________________________________________________.</w:t>
      </w:r>
    </w:p>
    <w:p/>
    <w:p>
      <w:r>
        <w:rPr>
          <w:b/>
          <w:sz w:val="20"/>
        </w:rPr>
        <w:t>Article 5 – Rémunération</w:t>
      </w:r>
    </w:p>
    <w:p>
      <w:r>
        <w:rPr>
          <w:b w:val="0"/>
          <w:sz w:val="20"/>
        </w:rPr>
        <w:t>Le Salarié percevra une rémunération brute de __________ EUR par jour/intervention, conformément aux dispositions conventionnelles applicables.</w:t>
      </w:r>
    </w:p>
    <w:p>
      <w:r>
        <w:rPr>
          <w:b w:val="0"/>
          <w:sz w:val="20"/>
        </w:rPr>
        <w:t>Le paiement sera effectué à la fin de chaque mission ou selon les modalités prévues par l’Employeur.</w:t>
      </w:r>
    </w:p>
    <w:p/>
    <w:p>
      <w:r>
        <w:rPr>
          <w:b/>
          <w:sz w:val="20"/>
        </w:rPr>
        <w:t>Article 6 – Durée de travail</w:t>
      </w:r>
    </w:p>
    <w:p>
      <w:r>
        <w:rPr>
          <w:b w:val="0"/>
          <w:sz w:val="20"/>
        </w:rPr>
        <w:t>La durée de travail est conforme aux dispositions légales et conventionnelles applicables au secteur. Elle pourra varier en fonction des exigences liées à la production ou à la prestation.</w:t>
      </w:r>
    </w:p>
    <w:p/>
    <w:p>
      <w:r>
        <w:rPr>
          <w:b/>
          <w:sz w:val="20"/>
        </w:rPr>
        <w:t>Article 7 – Congés et repos</w:t>
      </w:r>
    </w:p>
    <w:p>
      <w:r>
        <w:rPr>
          <w:b w:val="0"/>
          <w:sz w:val="20"/>
        </w:rPr>
        <w:t>Le Salarié bénéficie des droits aux congés payés calculés au prorata de la durée effective de travail conformément à la législation en vigueur.</w:t>
      </w:r>
    </w:p>
    <w:p>
      <w:r>
        <w:rPr>
          <w:b w:val="0"/>
          <w:sz w:val="20"/>
        </w:rPr>
        <w:t>Les périodes de repos sont respectées selon la réglementation applicable.</w:t>
      </w:r>
    </w:p>
    <w:p/>
    <w:p>
      <w:r>
        <w:rPr>
          <w:b/>
          <w:sz w:val="20"/>
        </w:rPr>
        <w:t>Article 8 – Clause de non-concurrence et confidentialité</w:t>
      </w:r>
    </w:p>
    <w:p>
      <w:r>
        <w:rPr>
          <w:b w:val="0"/>
          <w:sz w:val="20"/>
        </w:rPr>
        <w:t>Le Salarié s’engage à ne pas divulguer les informations confidentielles liées aux productions, aux techniques ou aux données de l’Employeur, pendant et après la durée du contrat.</w:t>
      </w:r>
    </w:p>
    <w:p>
      <w:r>
        <w:rPr>
          <w:b w:val="0"/>
          <w:sz w:val="20"/>
        </w:rPr>
        <w:t>Le cas échéant, une clause de non-concurrence pourra être appliquée selon les termes négociés.</w:t>
      </w:r>
    </w:p>
    <w:p/>
    <w:p>
      <w:r>
        <w:rPr>
          <w:b/>
          <w:sz w:val="20"/>
        </w:rPr>
        <w:t>Article 9 – Rupture anticipée du contrat</w:t>
      </w:r>
    </w:p>
    <w:p>
      <w:r>
        <w:rPr>
          <w:b w:val="0"/>
          <w:sz w:val="20"/>
        </w:rPr>
        <w:t>Le présent contrat peut être rompu avant son terme dans les conditions prévues par la loi, notamment pour faute grave, force majeure, ou accord commun des parties.</w:t>
      </w:r>
    </w:p>
    <w:p/>
    <w:p>
      <w:r>
        <w:rPr>
          <w:b/>
          <w:sz w:val="20"/>
        </w:rPr>
        <w:t>Article 10 – Prévoyance et protection sociale</w:t>
      </w:r>
    </w:p>
    <w:p>
      <w:r>
        <w:rPr>
          <w:b w:val="0"/>
          <w:sz w:val="20"/>
        </w:rPr>
        <w:t>Le Salarié bénéficie de la protection sociale obligatoire et des régimes de prévoyance mis en place par l’Employeur conformément aux conventions collectives applicables.</w:t>
      </w:r>
    </w:p>
    <w:p/>
    <w:p>
      <w:r>
        <w:rPr>
          <w:b/>
          <w:sz w:val="20"/>
        </w:rPr>
        <w:t>Article 11 – Dispositions finales</w:t>
      </w:r>
    </w:p>
    <w:p>
      <w:r>
        <w:rPr>
          <w:b w:val="0"/>
          <w:sz w:val="20"/>
        </w:rPr>
        <w:t>Le présent contrat est soumis au droit français et aux conventions collectives applicables au secteur. Tout litige relatif à son interprétation ou son exécution sera porté devant les juridictions compétentes.</w:t>
      </w:r>
    </w:p>
    <w:p/>
    <w:p/>
    <w:p>
      <w:r>
        <w:rPr>
          <w:b w:val="0"/>
          <w:sz w:val="20"/>
        </w:rPr>
        <w:t>Lieu de signature : _________________________________________________</w:t>
      </w:r>
    </w:p>
    <w:p>
      <w:r>
        <w:rPr>
          <w:b w:val="0"/>
          <w:sz w:val="20"/>
        </w:rPr>
        <w:t>Date de signature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qualité 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https://juridique-travail.com/modele-contrat-intermittent-du-spectacle/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contrat-intermittent-du-spectacle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