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TRAVAIL À DURÉE INDÉTERMINÉE</w:t>
      </w:r>
    </w:p>
    <w:p>
      <w:pPr>
        <w:jc w:val="center"/>
      </w:pPr>
      <w:r>
        <w:rPr>
          <w:b/>
          <w:sz w:val="20"/>
        </w:rPr>
        <w:t>Négociateur Immobilier - Salarié</w:t>
      </w:r>
    </w:p>
    <w:p/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L’Employeur : 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</w:t>
      </w:r>
    </w:p>
    <w:p>
      <w:r>
        <w:rPr>
          <w:b w:val="0"/>
          <w:sz w:val="20"/>
        </w:rPr>
        <w:t>Qualité : _____________________________________________________________</w:t>
      </w:r>
    </w:p>
    <w:p/>
    <w:p>
      <w:r>
        <w:rPr>
          <w:b/>
          <w:sz w:val="20"/>
        </w:rPr>
        <w:t>Et le Salarié :</w:t>
      </w:r>
    </w:p>
    <w:p>
      <w:r>
        <w:rPr>
          <w:b w:val="0"/>
          <w:sz w:val="20"/>
        </w:rPr>
        <w:t>Nom et Prénom : 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__________________________________________________</w:t>
      </w:r>
    </w:p>
    <w:p>
      <w:r>
        <w:rPr>
          <w:b w:val="0"/>
          <w:sz w:val="20"/>
        </w:rPr>
        <w:t>N° de sécurité sociale : ______________________________________________</w:t>
      </w:r>
    </w:p>
    <w:p/>
    <w:p/>
    <w:p>
      <w:r>
        <w:rPr>
          <w:b/>
          <w:sz w:val="22"/>
        </w:rPr>
        <w:t>Préambule</w:t>
      </w:r>
    </w:p>
    <w:p>
      <w:r>
        <w:rPr>
          <w:b w:val="0"/>
          <w:sz w:val="20"/>
        </w:rPr>
        <w:t>Le présent contrat est conclu conformément aux dispositions du Code du travail et aux usages de la convention collective applicable au secteur immobilier.</w:t>
      </w:r>
    </w:p>
    <w:p/>
    <w:p>
      <w:r>
        <w:rPr>
          <w:b/>
          <w:sz w:val="22"/>
        </w:rPr>
        <w:t>Article 1 – Fonction</w:t>
      </w:r>
    </w:p>
    <w:p>
      <w:r>
        <w:rPr>
          <w:b w:val="0"/>
          <w:sz w:val="20"/>
        </w:rPr>
        <w:t>Le Salarié est engagé en qualité de Négociateur Immobilier. Il exercera ses fonctions sous l’autorité de l’Employeur ou de son représentant.</w:t>
      </w:r>
    </w:p>
    <w:p>
      <w:r>
        <w:rPr>
          <w:b w:val="0"/>
          <w:sz w:val="20"/>
        </w:rPr>
        <w:t>Le Salarié s’engage à consacrer son activité professionnelle à l’exécution de sa mission avec diligence, loyauté et compétence.</w:t>
      </w:r>
    </w:p>
    <w:p/>
    <w:p>
      <w:r>
        <w:rPr>
          <w:b/>
          <w:sz w:val="22"/>
        </w:rPr>
        <w:t>Article 2 – Lieu de travail</w:t>
      </w:r>
    </w:p>
    <w:p>
      <w:r>
        <w:rPr>
          <w:b w:val="0"/>
          <w:sz w:val="20"/>
        </w:rPr>
        <w:t>Le Salarié exercera son activité au sein des locaux de l’Employeur situés à : _______________________________.</w:t>
      </w:r>
    </w:p>
    <w:p>
      <w:r>
        <w:rPr>
          <w:b w:val="0"/>
          <w:sz w:val="20"/>
        </w:rPr>
        <w:t>Le Salarié pourra être amené à effectuer des déplacements dans le cadre de ses fonctions.</w:t>
      </w:r>
    </w:p>
    <w:p/>
    <w:p>
      <w:r>
        <w:rPr>
          <w:b/>
          <w:sz w:val="22"/>
        </w:rPr>
        <w:t>Article 3 – Durée du travail</w:t>
      </w:r>
    </w:p>
    <w:p>
      <w:r>
        <w:rPr>
          <w:b w:val="0"/>
          <w:sz w:val="20"/>
        </w:rPr>
        <w:t>Le présent contrat est conclu à durée indéterminée.</w:t>
      </w:r>
    </w:p>
    <w:p>
      <w:r>
        <w:rPr>
          <w:b w:val="0"/>
          <w:sz w:val="20"/>
        </w:rPr>
        <w:t>La durée hebdomadaire de travail est fixée à _______________ heures, réparties selon l’organisation de l’Employeur.</w:t>
      </w:r>
    </w:p>
    <w:p>
      <w:r>
        <w:rPr>
          <w:b w:val="0"/>
          <w:sz w:val="20"/>
        </w:rPr>
        <w:t>Les horaires pourront être modifiés en fonction des nécessités de service, dans le respect des dispositions légales et conventionnelles.</w:t>
      </w:r>
    </w:p>
    <w:p/>
    <w:p>
      <w:r>
        <w:rPr>
          <w:b/>
          <w:sz w:val="22"/>
        </w:rPr>
        <w:t>Article 4 – Rémunération</w:t>
      </w:r>
    </w:p>
    <w:p>
      <w:r>
        <w:rPr>
          <w:b w:val="0"/>
          <w:sz w:val="20"/>
        </w:rPr>
        <w:t>Le Salarié percevra un salaire brut mensuel de ___________________ euros, versé le __________________ de chaque mois.</w:t>
      </w:r>
    </w:p>
    <w:p>
      <w:r>
        <w:rPr>
          <w:b w:val="0"/>
          <w:sz w:val="20"/>
        </w:rPr>
        <w:t>Ce salaire pourra être complété par des commissions, primes ou avantages conformément aux accords internes en vigueur.</w:t>
      </w:r>
    </w:p>
    <w:p/>
    <w:p>
      <w:r>
        <w:rPr>
          <w:b/>
          <w:sz w:val="22"/>
        </w:rPr>
        <w:t>Article 5 – Période d’essai</w:t>
      </w:r>
    </w:p>
    <w:p>
      <w:r>
        <w:rPr>
          <w:b w:val="0"/>
          <w:sz w:val="20"/>
        </w:rPr>
        <w:t>Le Salarié est soumis à une période d’essai de ________________ mois renouvelable une fois.</w:t>
      </w:r>
    </w:p>
    <w:p>
      <w:r>
        <w:rPr>
          <w:b w:val="0"/>
          <w:sz w:val="20"/>
        </w:rPr>
        <w:t>Durant cette période, chacune des parties pourra mettre fin au contrat sans préavis ni indemnité, sauf dispositions légales ou conventionnelles contraires.</w:t>
      </w:r>
    </w:p>
    <w:p/>
    <w:p>
      <w:r>
        <w:rPr>
          <w:b/>
          <w:sz w:val="22"/>
        </w:rPr>
        <w:t>Article 6 – Obligations du Salarié</w:t>
      </w:r>
    </w:p>
    <w:p>
      <w:r>
        <w:rPr>
          <w:b w:val="0"/>
          <w:sz w:val="20"/>
        </w:rPr>
        <w:t>Le Salarié s’engage à respecter les consignes, règles et procédures de l’Employeur, ainsi que les dispositions légales et réglementaires applicables à son activité.</w:t>
      </w:r>
    </w:p>
    <w:p>
      <w:r>
        <w:rPr>
          <w:b w:val="0"/>
          <w:sz w:val="20"/>
        </w:rPr>
        <w:t>Il est tenu à une obligation de confidentialité concernant les informations dont il pourrait avoir connaissance dans le cadre de sa fonction.</w:t>
      </w:r>
    </w:p>
    <w:p>
      <w:r>
        <w:rPr>
          <w:b w:val="0"/>
          <w:sz w:val="20"/>
        </w:rPr>
        <w:t>Le Salarié doit également respecter les règles relatives à la concurrence et à la non-sollicitation des clients de l’Employeur.</w:t>
      </w:r>
    </w:p>
    <w:p/>
    <w:p>
      <w:r>
        <w:rPr>
          <w:b/>
          <w:sz w:val="22"/>
        </w:rPr>
        <w:t>Article 7 – Confidentialité et non-concurrence</w:t>
      </w:r>
    </w:p>
    <w:p>
      <w:r>
        <w:rPr>
          <w:b w:val="0"/>
          <w:sz w:val="20"/>
        </w:rPr>
        <w:t>Le Salarié s’engage à conserver strictement confidentielles toutes les informations commerciales, techniques ou stratégiques relatives à l’Employeur.</w:t>
      </w:r>
    </w:p>
    <w:p>
      <w:r>
        <w:rPr>
          <w:b w:val="0"/>
          <w:sz w:val="20"/>
        </w:rPr>
        <w:t>Une clause de non-concurrence pourra être applicable après la cessation du contrat, conformément aux termes détaillés dans un avenant distinct.</w:t>
      </w:r>
    </w:p>
    <w:p/>
    <w:p>
      <w:r>
        <w:rPr>
          <w:b/>
          <w:sz w:val="22"/>
        </w:rPr>
        <w:t>Article 8 – Congés</w:t>
      </w:r>
    </w:p>
    <w:p>
      <w:r>
        <w:rPr>
          <w:b w:val="0"/>
          <w:sz w:val="20"/>
        </w:rPr>
        <w:t>Le Salarié bénéficiera des congés légaux et conventionnels en vigueur, ainsi que des éventuelles conventions collectives applicables.</w:t>
      </w:r>
    </w:p>
    <w:p>
      <w:r>
        <w:rPr>
          <w:b w:val="0"/>
          <w:sz w:val="20"/>
        </w:rPr>
        <w:t>Les dates de congés seront fixées en accord avec l’Employeur, en tenant compte des nécessités de service.</w:t>
      </w:r>
    </w:p>
    <w:p/>
    <w:p>
      <w:r>
        <w:rPr>
          <w:b/>
          <w:sz w:val="22"/>
        </w:rPr>
        <w:t>Article 9 – Suspension et rupture du contrat</w:t>
      </w:r>
    </w:p>
    <w:p>
      <w:r>
        <w:rPr>
          <w:b w:val="0"/>
          <w:sz w:val="20"/>
        </w:rPr>
        <w:t>Le contrat pourra être suspendu pour les motifs légaux tels que maladie, accident, maternité, etc.</w:t>
      </w:r>
    </w:p>
    <w:p>
      <w:r>
        <w:rPr>
          <w:b w:val="0"/>
          <w:sz w:val="20"/>
        </w:rPr>
        <w:t>La rupture du contrat devra respecter les dispositions légales et conventionnelles en vigueur, notamment en matière de préavis et indemnités.</w:t>
      </w:r>
    </w:p>
    <w:p/>
    <w:p>
      <w:r>
        <w:rPr>
          <w:b/>
          <w:sz w:val="22"/>
        </w:rPr>
        <w:t>Article 10 – Formation professionnelle</w:t>
      </w:r>
    </w:p>
    <w:p>
      <w:r>
        <w:rPr>
          <w:b w:val="0"/>
          <w:sz w:val="20"/>
        </w:rPr>
        <w:t>L’Employeur s’engage à favoriser l’accès du Salarié à la formation professionnelle continue pour le maintien et le développement de ses compétences.</w:t>
      </w:r>
    </w:p>
    <w:p/>
    <w:p>
      <w:r>
        <w:rPr>
          <w:b/>
          <w:sz w:val="22"/>
        </w:rPr>
        <w:t>Article 11 – Santé, sécurité et conditions de travail</w:t>
      </w:r>
    </w:p>
    <w:p>
      <w:r>
        <w:rPr>
          <w:b w:val="0"/>
          <w:sz w:val="20"/>
        </w:rPr>
        <w:t>L’Employeur mettra en œuvre les mesures nécessaires pour assurer la santé et la sécurité du Salarié.</w:t>
      </w:r>
    </w:p>
    <w:p>
      <w:r>
        <w:rPr>
          <w:b w:val="0"/>
          <w:sz w:val="20"/>
        </w:rPr>
        <w:t>Le Salarié devra respecter les consignes de sécurité et signaler toute situation présentant un risque.</w:t>
      </w:r>
    </w:p>
    <w:p/>
    <w:p>
      <w:r>
        <w:rPr>
          <w:b/>
          <w:sz w:val="22"/>
        </w:rPr>
        <w:t>Article 12 – Droit applicable et litiges</w:t>
      </w:r>
    </w:p>
    <w:p>
      <w:r>
        <w:rPr>
          <w:b w:val="0"/>
          <w:sz w:val="20"/>
        </w:rPr>
        <w:t>Le présent contrat est soumis au droit français et à la convention collective applicable au secteur immobilier.</w:t>
      </w:r>
    </w:p>
    <w:p>
      <w:r>
        <w:rPr>
          <w:b w:val="0"/>
          <w:sz w:val="20"/>
        </w:rPr>
        <w:t>Tout litige relatif à l’exécution ou à l’interprétation du contrat sera soumis aux juridictions compétentes.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https://juridique-travail.com/modele-contrat-de-travail-negociateur-immobilier-salarie/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ontrat-de-travail-negociateur-immobilier-salari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