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TRAVAIL ENTRAÎNEUR SPORTIF</w:t>
      </w:r>
    </w:p>
    <w:p/>
    <w:p>
      <w:r>
        <w:rPr>
          <w:b w:val="0"/>
          <w:sz w:val="20"/>
        </w:rPr>
        <w:t>Lieu : ____________________________    Date : ____________________________</w:t>
      </w:r>
    </w:p>
    <w:p/>
    <w:p>
      <w:r>
        <w:rPr>
          <w:b/>
          <w:sz w:val="20"/>
        </w:rPr>
        <w:t>Employeur :</w:t>
      </w:r>
    </w:p>
    <w:p>
      <w:r>
        <w:rPr>
          <w:b w:val="0"/>
          <w:sz w:val="20"/>
        </w:rPr>
        <w:t>Nom / Raison sociale : ________________________________________________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N° SIRET : ____________________________________________________________</w:t>
      </w:r>
    </w:p>
    <w:p>
      <w:r>
        <w:rPr>
          <w:b w:val="0"/>
          <w:sz w:val="20"/>
        </w:rPr>
        <w:t>Représenté par (nom et fonction) : ______________________________________</w:t>
      </w:r>
    </w:p>
    <w:p/>
    <w:p>
      <w:r>
        <w:rPr>
          <w:b/>
          <w:sz w:val="20"/>
        </w:rPr>
        <w:t>Employé (Entraîneur) :</w:t>
      </w:r>
    </w:p>
    <w:p>
      <w:r>
        <w:rPr>
          <w:b w:val="0"/>
          <w:sz w:val="20"/>
        </w:rPr>
        <w:t>Nom et prénom : 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Date et lieu de naissance : ____________________________________________</w:t>
      </w:r>
    </w:p>
    <w:p>
      <w:r>
        <w:rPr>
          <w:b w:val="0"/>
          <w:sz w:val="20"/>
        </w:rPr>
        <w:t>Numéro de sécurité sociale : __________________________________________</w:t>
      </w:r>
    </w:p>
    <w:p/>
    <w:p>
      <w:r>
        <w:rPr>
          <w:b/>
          <w:sz w:val="20"/>
        </w:rPr>
        <w:t>Article 1 – Objet du contrat</w:t>
      </w:r>
    </w:p>
    <w:p>
      <w:r>
        <w:rPr>
          <w:b w:val="0"/>
          <w:sz w:val="20"/>
        </w:rPr>
        <w:t>Le présent contrat a pour objet de définir les conditions d'emploi de l'entraîneur sportif au sein de la structure de l'employeur. L'entraîneur s'engage à exercer ses fonctions conformément à la réglementation en vigueur et aux orientations définies par l'employeur.</w:t>
      </w:r>
    </w:p>
    <w:p/>
    <w:p>
      <w:r>
        <w:rPr>
          <w:b/>
          <w:sz w:val="20"/>
        </w:rPr>
        <w:t>Article 2 – Durée du contrat</w:t>
      </w:r>
    </w:p>
    <w:p>
      <w:r>
        <w:rPr>
          <w:b w:val="0"/>
          <w:sz w:val="20"/>
        </w:rPr>
        <w:t>Le présent contrat est conclu pour une durée indéterminée/déterminée (rayer la mention inutile). Dans le cas d'un contrat à durée déterminée, sa date de début et sa date de fin sont fixées comme suit :</w:t>
      </w:r>
    </w:p>
    <w:p>
      <w:r>
        <w:rPr>
          <w:b w:val="0"/>
          <w:sz w:val="20"/>
        </w:rPr>
        <w:t>Date de début : ______________________    Date de fin : ______________________</w:t>
      </w:r>
    </w:p>
    <w:p/>
    <w:p>
      <w:r>
        <w:rPr>
          <w:b/>
          <w:sz w:val="20"/>
        </w:rPr>
        <w:t>Article 3 – Période d’essai</w:t>
      </w:r>
    </w:p>
    <w:p>
      <w:r>
        <w:rPr>
          <w:b w:val="0"/>
          <w:sz w:val="20"/>
        </w:rPr>
        <w:t>Une période d'essai de ___________ (durée en jours ou mois) est prévue à compter de la date d'embauche. Durant cette période, chacune des parties pourra mettre fin au contrat sans préavis ni indemnité.</w:t>
      </w:r>
    </w:p>
    <w:p/>
    <w:p>
      <w:r>
        <w:rPr>
          <w:b/>
          <w:sz w:val="20"/>
        </w:rPr>
        <w:t>Article 4 – Fonctions et obligations de l’entraîneur</w:t>
      </w:r>
    </w:p>
    <w:p>
      <w:r>
        <w:rPr>
          <w:b w:val="0"/>
          <w:sz w:val="20"/>
        </w:rPr>
        <w:t>L'entraîneur exercera les fonctions suivantes :</w:t>
      </w:r>
    </w:p>
    <w:p>
      <w:r>
        <w:rPr>
          <w:b w:val="0"/>
          <w:sz w:val="20"/>
        </w:rPr>
        <w:t>- Encadrement et entraînement des sportifs ou équipes selon les disciplines concernées.</w:t>
      </w:r>
    </w:p>
    <w:p>
      <w:r>
        <w:rPr>
          <w:b w:val="0"/>
          <w:sz w:val="20"/>
        </w:rPr>
        <w:t>- Élaboration et suivi des programmes d’entraînement adaptés.</w:t>
      </w:r>
    </w:p>
    <w:p>
      <w:r>
        <w:rPr>
          <w:b w:val="0"/>
          <w:sz w:val="20"/>
        </w:rPr>
        <w:t>- Respect des règles de sécurité, d’hygiène et de déontologie applicables.</w:t>
      </w:r>
    </w:p>
    <w:p>
      <w:r>
        <w:rPr>
          <w:b w:val="0"/>
          <w:sz w:val="20"/>
        </w:rPr>
        <w:t>- Participation aux réunions, compétitions et événements liés à son activité.</w:t>
      </w:r>
    </w:p>
    <w:p>
      <w:r>
        <w:rPr>
          <w:b w:val="0"/>
          <w:sz w:val="20"/>
        </w:rPr>
        <w:t>- Confidentialité sur les informations sensibles liées à l'activité sportive.</w:t>
      </w:r>
    </w:p>
    <w:p/>
    <w:p>
      <w:r>
        <w:rPr>
          <w:b/>
          <w:sz w:val="20"/>
        </w:rPr>
        <w:t>Article 5 – Lieu de travail</w:t>
      </w:r>
    </w:p>
    <w:p>
      <w:r>
        <w:rPr>
          <w:b w:val="0"/>
          <w:sz w:val="20"/>
        </w:rPr>
        <w:t>L'entraîneur exercera son activité principalement au/aux lieu(x) suivant(s)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L’employeur se réserve la possibilité de modifier ces lieux en fonction des nécessités du service, dans le respect des conditions contractuelles.</w:t>
      </w:r>
    </w:p>
    <w:p/>
    <w:p>
      <w:r>
        <w:rPr>
          <w:b/>
          <w:sz w:val="20"/>
        </w:rPr>
        <w:t>Article 6 – Horaires de travail</w:t>
      </w:r>
    </w:p>
    <w:p>
      <w:r>
        <w:rPr>
          <w:b w:val="0"/>
          <w:sz w:val="20"/>
        </w:rPr>
        <w:t>Les horaires de travail seront définis comme suit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Ils pourront varier en fonction des événements sportifs, compétitions et impératifs liés à l’activité.</w:t>
      </w:r>
    </w:p>
    <w:p/>
    <w:p>
      <w:r>
        <w:rPr>
          <w:b/>
          <w:sz w:val="20"/>
        </w:rPr>
        <w:t>Article 7 – Rémunération</w:t>
      </w:r>
    </w:p>
    <w:p>
      <w:r>
        <w:rPr>
          <w:b w:val="0"/>
          <w:sz w:val="20"/>
        </w:rPr>
        <w:t>L'entraîneur percevra un salaire brut mensuel de : _________________ EUR.</w:t>
      </w:r>
    </w:p>
    <w:p>
      <w:r>
        <w:rPr>
          <w:b w:val="0"/>
          <w:sz w:val="20"/>
        </w:rPr>
        <w:t>Ce salaire sera versé le ________ de chaque mois par virement bancaire.</w:t>
      </w:r>
    </w:p>
    <w:p>
      <w:r>
        <w:rPr>
          <w:b w:val="0"/>
          <w:sz w:val="20"/>
        </w:rPr>
        <w:t>Les primes, indemnités ou avantages éventuels seront précisés dans un avenant ou une annexe au présent contrat.</w:t>
      </w:r>
    </w:p>
    <w:p/>
    <w:p>
      <w:r>
        <w:rPr>
          <w:b/>
          <w:sz w:val="20"/>
        </w:rPr>
        <w:t>Article 8 – Congés et absences</w:t>
      </w:r>
    </w:p>
    <w:p>
      <w:r>
        <w:rPr>
          <w:b w:val="0"/>
          <w:sz w:val="20"/>
        </w:rPr>
        <w:t>L'entraîneur bénéficiera des congés payés conformément à la législation en vigueur.</w:t>
      </w:r>
    </w:p>
    <w:p>
      <w:r>
        <w:rPr>
          <w:b w:val="0"/>
          <w:sz w:val="20"/>
        </w:rPr>
        <w:t>Toute absence devra être justifiée et acceptée par l’employeur.</w:t>
      </w:r>
    </w:p>
    <w:p>
      <w:r>
        <w:rPr>
          <w:b w:val="0"/>
          <w:sz w:val="20"/>
        </w:rPr>
        <w:t>En cas de maladie, l’entraîneur devra prévenir l’employeur dans les plus brefs délais et fournir un certificat médical.</w:t>
      </w:r>
    </w:p>
    <w:p/>
    <w:p>
      <w:r>
        <w:rPr>
          <w:b/>
          <w:sz w:val="20"/>
        </w:rPr>
        <w:t>Article 9 – Formation professionnelle</w:t>
      </w:r>
    </w:p>
    <w:p>
      <w:r>
        <w:rPr>
          <w:b w:val="0"/>
          <w:sz w:val="20"/>
        </w:rPr>
        <w:t>L'employeur pourra proposer à l'entraîneur des actions de formation visant à améliorer ses compétences professionnelles.</w:t>
      </w:r>
    </w:p>
    <w:p>
      <w:r>
        <w:rPr>
          <w:b w:val="0"/>
          <w:sz w:val="20"/>
        </w:rPr>
        <w:t>L'entraîneur s'engage à participer activement aux formations proposées.</w:t>
      </w:r>
    </w:p>
    <w:p/>
    <w:p>
      <w:r>
        <w:rPr>
          <w:b/>
          <w:sz w:val="20"/>
        </w:rPr>
        <w:t>Article 10 – Confidentialité</w:t>
      </w:r>
    </w:p>
    <w:p>
      <w:r>
        <w:rPr>
          <w:b w:val="0"/>
          <w:sz w:val="20"/>
        </w:rPr>
        <w:t>L'entraîneur s'engage à garder confidentielles toutes les informations dont il aura connaissance dans le cadre de son activité professionnelle et à ne pas les divulguer à des tiers pendant et après la durée du contrat.</w:t>
      </w:r>
    </w:p>
    <w:p/>
    <w:p>
      <w:r>
        <w:rPr>
          <w:b/>
          <w:sz w:val="20"/>
        </w:rPr>
        <w:t>Article 11 – Propriété intellectuelle</w:t>
      </w:r>
    </w:p>
    <w:p>
      <w:r>
        <w:rPr>
          <w:b w:val="0"/>
          <w:sz w:val="20"/>
        </w:rPr>
        <w:t>Les supports, programmes d’entraînement, documents et autres matériels créés par l’entraîneur dans le cadre de son activité professionnelle appartiennent à l'employeur.</w:t>
      </w:r>
    </w:p>
    <w:p>
      <w:r>
        <w:rPr>
          <w:b w:val="0"/>
          <w:sz w:val="20"/>
        </w:rPr>
        <w:t>L'entraîneur cède à l'employeur, à titre exclusif, l'ensemble des droits patrimoniaux relatifs à ces créations.</w:t>
      </w:r>
    </w:p>
    <w:p/>
    <w:p>
      <w:r>
        <w:rPr>
          <w:b/>
          <w:sz w:val="20"/>
        </w:rPr>
        <w:t>Article 12 – Résiliation du contrat</w:t>
      </w:r>
    </w:p>
    <w:p>
      <w:r>
        <w:rPr>
          <w:b w:val="0"/>
          <w:sz w:val="20"/>
        </w:rPr>
        <w:t>Le contrat pourra être résilié par l’une ou l’autre des parties sous réserve de respecter les dispositions légales et conventionnelles applicables en matière de préavis et de motifs de rupture.</w:t>
      </w:r>
    </w:p>
    <w:p>
      <w:r>
        <w:rPr>
          <w:b w:val="0"/>
          <w:sz w:val="20"/>
        </w:rPr>
        <w:t>Toute rupture devra faire l’objet d’une notification écrite.</w:t>
      </w:r>
    </w:p>
    <w:p/>
    <w:p>
      <w:r>
        <w:rPr>
          <w:b/>
          <w:sz w:val="20"/>
        </w:rPr>
        <w:t>Article 13 – Litiges</w:t>
      </w:r>
    </w:p>
    <w:p>
      <w:r>
        <w:rPr>
          <w:b w:val="0"/>
          <w:sz w:val="20"/>
        </w:rPr>
        <w:t>En cas de différend relatif à l’application ou à l’interprétation du présent contrat, les parties s’efforceront de trouver une solution amiable.</w:t>
      </w:r>
    </w:p>
    <w:p>
      <w:r>
        <w:rPr>
          <w:b w:val="0"/>
          <w:sz w:val="20"/>
        </w:rPr>
        <w:t>À défaut, le litige sera porté devant les juridictions compétentes françaises.</w:t>
      </w:r>
    </w:p>
    <w:p/>
    <w:p/>
    <w:p>
      <w:r>
        <w:rPr>
          <w:b w:val="0"/>
          <w:sz w:val="20"/>
        </w:rPr>
        <w:t>Lieu et date de la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ENTRAÎNEUR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https://juridique-travail.com/modele-contrat-de-travail-entraineur-sportif/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contrat-de-travail-entraineur-sportif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