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CONTRAT DE TRAVAIL COMMERCIAL AVEC OBJECTIF</w:t>
      </w:r>
    </w:p>
    <w:p/>
    <w:p>
      <w:r>
        <w:rPr>
          <w:b/>
          <w:sz w:val="20"/>
        </w:rPr>
        <w:t>Entre les soussignés :</w:t>
      </w:r>
    </w:p>
    <w:p>
      <w:r>
        <w:rPr>
          <w:b w:val="0"/>
          <w:sz w:val="20"/>
        </w:rPr>
        <w:t>La Société : ___________________________________________________________</w:t>
      </w:r>
    </w:p>
    <w:p>
      <w:r>
        <w:rPr>
          <w:b w:val="0"/>
          <w:sz w:val="20"/>
        </w:rPr>
        <w:t>Adresse : ______________________________________________________________</w:t>
      </w:r>
    </w:p>
    <w:p>
      <w:r>
        <w:rPr>
          <w:b w:val="0"/>
          <w:sz w:val="20"/>
        </w:rPr>
        <w:t>Représentée par : ______________________________________________________</w:t>
      </w:r>
    </w:p>
    <w:p>
      <w:r>
        <w:rPr>
          <w:b w:val="0"/>
          <w:sz w:val="20"/>
        </w:rPr>
        <w:t>Fonction : _____________________________________________________________</w:t>
      </w:r>
    </w:p>
    <w:p/>
    <w:p>
      <w:r>
        <w:rPr>
          <w:b/>
          <w:sz w:val="20"/>
        </w:rPr>
        <w:t>Ci-après dénommée « l’Employeur »</w:t>
      </w:r>
    </w:p>
    <w:p/>
    <w:p>
      <w:r>
        <w:rPr>
          <w:b/>
          <w:sz w:val="20"/>
        </w:rPr>
        <w:t>Et :</w:t>
      </w:r>
    </w:p>
    <w:p>
      <w:r>
        <w:rPr>
          <w:b w:val="0"/>
          <w:sz w:val="20"/>
        </w:rPr>
        <w:t>Monsieur/Madame : ______________________________________________________</w:t>
      </w:r>
    </w:p>
    <w:p>
      <w:r>
        <w:rPr>
          <w:b w:val="0"/>
          <w:sz w:val="20"/>
        </w:rPr>
        <w:t>Demeurant : ____________________________________________________________</w:t>
      </w:r>
    </w:p>
    <w:p>
      <w:r>
        <w:rPr>
          <w:b w:val="0"/>
          <w:sz w:val="20"/>
        </w:rPr>
        <w:t>Né(e) le : ______________________________________________________________</w:t>
      </w:r>
    </w:p>
    <w:p>
      <w:r>
        <w:rPr>
          <w:b w:val="0"/>
          <w:sz w:val="20"/>
        </w:rPr>
        <w:t>Numéro de sécurité sociale : ____________________________________________</w:t>
      </w:r>
    </w:p>
    <w:p/>
    <w:p>
      <w:r>
        <w:rPr>
          <w:b/>
          <w:sz w:val="20"/>
        </w:rPr>
        <w:t>Ci-après dénommé(e) « le Salarié »</w:t>
      </w:r>
    </w:p>
    <w:p/>
    <w:p/>
    <w:p>
      <w:r>
        <w:rPr>
          <w:b/>
          <w:sz w:val="20"/>
        </w:rPr>
        <w:t>Article 1 – Objet du contrat</w:t>
      </w:r>
    </w:p>
    <w:p>
      <w:r>
        <w:rPr>
          <w:b w:val="0"/>
          <w:sz w:val="20"/>
        </w:rPr>
        <w:t>Le présent contrat a pour objet de définir les conditions d'emploi de Monsieur/Madame _________________________ en qualité de Commercial(e).</w:t>
      </w:r>
    </w:p>
    <w:p>
      <w:r>
        <w:rPr>
          <w:b w:val="0"/>
          <w:sz w:val="20"/>
        </w:rPr>
        <w:t>Le Salarié exercera ses fonctions conformément aux directives de l’Employeur et s’engage à respecter les règles internes de l’entreprise.</w:t>
      </w:r>
    </w:p>
    <w:p/>
    <w:p>
      <w:r>
        <w:rPr>
          <w:b/>
          <w:sz w:val="20"/>
        </w:rPr>
        <w:t>Article 2 – Durée du contrat</w:t>
      </w:r>
    </w:p>
    <w:p>
      <w:r>
        <w:rPr>
          <w:b w:val="0"/>
          <w:sz w:val="20"/>
        </w:rPr>
        <w:t>Le présent contrat est conclu pour une durée indéterminée à compter de la signature.</w:t>
      </w:r>
    </w:p>
    <w:p>
      <w:r>
        <w:rPr>
          <w:b w:val="0"/>
          <w:sz w:val="20"/>
        </w:rPr>
        <w:t>Une période d’essai de _________ mois est prévue durant laquelle chacune des parties pourra mettre fin au contrat sans indemnité, sous réserve du respect du délai de prévenance.</w:t>
      </w:r>
    </w:p>
    <w:p/>
    <w:p>
      <w:r>
        <w:rPr>
          <w:b/>
          <w:sz w:val="20"/>
        </w:rPr>
        <w:t>Article 3 – Lieu de travail</w:t>
      </w:r>
    </w:p>
    <w:p>
      <w:r>
        <w:rPr>
          <w:b w:val="0"/>
          <w:sz w:val="20"/>
        </w:rPr>
        <w:t>Le Salarié exercera ses fonctions au siège social de l’Employeur situé à 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ou en tout autre lieu où l’Employeur pourrait l’affecter en fonction des besoins de l’entreprise.</w:t>
      </w:r>
    </w:p>
    <w:p/>
    <w:p>
      <w:r>
        <w:rPr>
          <w:b/>
          <w:sz w:val="20"/>
        </w:rPr>
        <w:t>Article 4 – Fonctions et obligations</w:t>
      </w:r>
    </w:p>
    <w:p>
      <w:r>
        <w:rPr>
          <w:b w:val="0"/>
          <w:sz w:val="20"/>
        </w:rPr>
        <w:t>Le Salarié exercera la fonction de Commercial(e) chargé(e) de :</w:t>
      </w:r>
    </w:p>
    <w:p>
      <w:r>
        <w:rPr>
          <w:b w:val="0"/>
          <w:sz w:val="20"/>
        </w:rPr>
        <w:t>- Prospecter et développer un portefeuille clients;</w:t>
      </w:r>
    </w:p>
    <w:p>
      <w:r>
        <w:rPr>
          <w:b w:val="0"/>
          <w:sz w:val="20"/>
        </w:rPr>
        <w:t>- Négocier les conditions de vente et conclure les contrats de vente;</w:t>
      </w:r>
    </w:p>
    <w:p>
      <w:r>
        <w:rPr>
          <w:b w:val="0"/>
          <w:sz w:val="20"/>
        </w:rPr>
        <w:t>- Atteindre les objectifs commerciaux fixés par l’Employeur;</w:t>
      </w:r>
    </w:p>
    <w:p>
      <w:r>
        <w:rPr>
          <w:b w:val="0"/>
          <w:sz w:val="20"/>
        </w:rPr>
        <w:t>- Rendre compte régulièrement de son activité auprès de sa hiérarchie.</w:t>
      </w:r>
    </w:p>
    <w:p>
      <w:r>
        <w:rPr>
          <w:b w:val="0"/>
          <w:sz w:val="20"/>
        </w:rPr>
        <w:t>Le Salarié s’engage à une obligation de loyauté, de confidentialité et de non-concurrence pendant la durée du contrat.</w:t>
      </w:r>
    </w:p>
    <w:p/>
    <w:p>
      <w:r>
        <w:rPr>
          <w:b/>
          <w:sz w:val="20"/>
        </w:rPr>
        <w:t>Article 5 – Durée du travail</w:t>
      </w:r>
    </w:p>
    <w:p>
      <w:r>
        <w:rPr>
          <w:b w:val="0"/>
          <w:sz w:val="20"/>
        </w:rPr>
        <w:t>La durée hebdomadaire de travail est fixée à ______ heures, réparties selon un planning déterminé par l’Employeur.</w:t>
      </w:r>
    </w:p>
    <w:p>
      <w:r>
        <w:rPr>
          <w:b w:val="0"/>
          <w:sz w:val="20"/>
        </w:rPr>
        <w:t>Le Salarié pourra être amené à effectuer des heures supplémentaires rémunérées ou compensées conformément à la législation en vigueur.</w:t>
      </w:r>
    </w:p>
    <w:p/>
    <w:p>
      <w:r>
        <w:rPr>
          <w:b/>
          <w:sz w:val="20"/>
        </w:rPr>
        <w:t>Article 6 – Rémunération</w:t>
      </w:r>
    </w:p>
    <w:p>
      <w:r>
        <w:rPr>
          <w:b w:val="0"/>
          <w:sz w:val="20"/>
        </w:rPr>
        <w:t>Le Salarié percevra un salaire fixe mensuel brut de _______________ euros.</w:t>
      </w:r>
    </w:p>
    <w:p>
      <w:r>
        <w:rPr>
          <w:b w:val="0"/>
          <w:sz w:val="20"/>
        </w:rPr>
        <w:t>Il bénéficiera en outre d’un système de commissions lié à la réalisation d’objectifs commerciaux, déterminé comme suit :</w:t>
      </w:r>
    </w:p>
    <w:p>
      <w:r>
        <w:rPr>
          <w:b w:val="0"/>
          <w:sz w:val="20"/>
        </w:rPr>
        <w:t>- Objectif de chiffre d’affaires mensuel : ______________ euros;</w:t>
      </w:r>
    </w:p>
    <w:p>
      <w:r>
        <w:rPr>
          <w:b w:val="0"/>
          <w:sz w:val="20"/>
        </w:rPr>
        <w:t>- Taux de commission : ______________ % sur le chiffre d’affaires réalisé au-delà de cet objectif.</w:t>
      </w:r>
    </w:p>
    <w:p>
      <w:r>
        <w:rPr>
          <w:b w:val="0"/>
          <w:sz w:val="20"/>
        </w:rPr>
        <w:t>Le paiement des commissions s’effectuera mensuellement, sur la base des résultats validés.</w:t>
      </w:r>
    </w:p>
    <w:p/>
    <w:p>
      <w:r>
        <w:rPr>
          <w:b/>
          <w:sz w:val="20"/>
        </w:rPr>
        <w:t>Article 7 – Objectifs commerciaux</w:t>
      </w:r>
    </w:p>
    <w:p>
      <w:r>
        <w:rPr>
          <w:b w:val="0"/>
          <w:sz w:val="20"/>
        </w:rPr>
        <w:t>Le Salarié s’engage à atteindre les objectifs suivants :</w:t>
      </w:r>
    </w:p>
    <w:p>
      <w:r>
        <w:rPr>
          <w:b w:val="0"/>
          <w:sz w:val="20"/>
        </w:rPr>
        <w:t>- Chiffre d’affaires mensuel minimum : ______________ euros;</w:t>
      </w:r>
    </w:p>
    <w:p>
      <w:r>
        <w:rPr>
          <w:b w:val="0"/>
          <w:sz w:val="20"/>
        </w:rPr>
        <w:t>- Acquisition de nouveaux clients : _______ par trimestre;</w:t>
      </w:r>
    </w:p>
    <w:p>
      <w:r>
        <w:rPr>
          <w:b w:val="0"/>
          <w:sz w:val="20"/>
        </w:rPr>
        <w:t>- Participation aux actions commerciales décidées par l’Employeur.</w:t>
      </w:r>
    </w:p>
    <w:p>
      <w:r>
        <w:rPr>
          <w:b w:val="0"/>
          <w:sz w:val="20"/>
        </w:rPr>
        <w:t>En cas de non-atteinte régulière des objectifs, des mesures d’accompagnement ou de révision du contrat pourront être envisagées.</w:t>
      </w:r>
    </w:p>
    <w:p/>
    <w:p>
      <w:r>
        <w:rPr>
          <w:b/>
          <w:sz w:val="20"/>
        </w:rPr>
        <w:t>Article 8 – Avantages et frais professionnels</w:t>
      </w:r>
    </w:p>
    <w:p>
      <w:r>
        <w:rPr>
          <w:b w:val="0"/>
          <w:sz w:val="20"/>
        </w:rPr>
        <w:t>Le Salarié bénéficiera des avantages suivants :</w:t>
      </w:r>
    </w:p>
    <w:p>
      <w:r>
        <w:rPr>
          <w:b w:val="0"/>
          <w:sz w:val="20"/>
        </w:rPr>
        <w:t>- Véhicule de fonction : oui / non (préciser) _______________;</w:t>
      </w:r>
    </w:p>
    <w:p>
      <w:r>
        <w:rPr>
          <w:b w:val="0"/>
          <w:sz w:val="20"/>
        </w:rPr>
        <w:t>- Téléphone portable et ordinateur portable mis à disposition;</w:t>
      </w:r>
    </w:p>
    <w:p>
      <w:r>
        <w:rPr>
          <w:b w:val="0"/>
          <w:sz w:val="20"/>
        </w:rPr>
        <w:t>- Remboursement des frais professionnels sur présentation de justificatifs, conformément à la politique de l’entreprise.</w:t>
      </w:r>
    </w:p>
    <w:p/>
    <w:p>
      <w:r>
        <w:rPr>
          <w:b/>
          <w:sz w:val="20"/>
        </w:rPr>
        <w:t>Article 9 – Confidentialité</w:t>
      </w:r>
    </w:p>
    <w:p>
      <w:r>
        <w:rPr>
          <w:b w:val="0"/>
          <w:sz w:val="20"/>
        </w:rPr>
        <w:t>Le Salarié s’engage à ne divulguer aucune information confidentielle relative à l’Employeur, ses clients ou partenaires, pendant et après la cessation du contrat.</w:t>
      </w:r>
    </w:p>
    <w:p>
      <w:r>
        <w:rPr>
          <w:b w:val="0"/>
          <w:sz w:val="20"/>
        </w:rPr>
        <w:t>Cette obligation couvre notamment les données commerciales, financières, techniques ou stratégiques.</w:t>
      </w:r>
    </w:p>
    <w:p/>
    <w:p>
      <w:r>
        <w:rPr>
          <w:b/>
          <w:sz w:val="20"/>
        </w:rPr>
        <w:t>Article 10 – Clause de non-concurrence</w:t>
      </w:r>
    </w:p>
    <w:p>
      <w:r>
        <w:rPr>
          <w:b w:val="0"/>
          <w:sz w:val="20"/>
        </w:rPr>
        <w:t>Pendant une durée de ______ mois après la cessation du présent contrat, le Salarié s’interdit d’exercer une activité concurrente susceptible de porter préjudice à l’Employeur dans la zone géographique suivante 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En contrepartie, une indemnité compensatrice égale à ______ % de la rémunération brute mensuelle sera versée.</w:t>
      </w:r>
    </w:p>
    <w:p/>
    <w:p>
      <w:r>
        <w:rPr>
          <w:b/>
          <w:sz w:val="20"/>
        </w:rPr>
        <w:t>Article 11 – Rupture du contrat</w:t>
      </w:r>
    </w:p>
    <w:p>
      <w:r>
        <w:rPr>
          <w:b w:val="0"/>
          <w:sz w:val="20"/>
        </w:rPr>
        <w:t>Le contrat peut être rompu à tout moment par l’une ou l’autre des parties, sous réserve du respect des dispositions légales et conventionnelles applicables, notamment en matière de préavis.</w:t>
      </w:r>
    </w:p>
    <w:p>
      <w:r>
        <w:rPr>
          <w:b w:val="0"/>
          <w:sz w:val="20"/>
        </w:rPr>
        <w:t>En cas de licenciement, les motifs et procédures légales seront scrupuleusement respectés.</w:t>
      </w:r>
    </w:p>
    <w:p/>
    <w:p>
      <w:r>
        <w:rPr>
          <w:b/>
          <w:sz w:val="20"/>
        </w:rPr>
        <w:t>Article 12 – Formation professionnelle</w:t>
      </w:r>
    </w:p>
    <w:p>
      <w:r>
        <w:rPr>
          <w:b w:val="0"/>
          <w:sz w:val="20"/>
        </w:rPr>
        <w:t>L’Employeur s’engage à permettre au Salarié de bénéficier des formations nécessaires à l’exercice de ses fonctions et à son évolution professionnelle.</w:t>
      </w:r>
    </w:p>
    <w:p>
      <w:r>
        <w:rPr>
          <w:b w:val="0"/>
          <w:sz w:val="20"/>
        </w:rPr>
        <w:t>Le Salarié pourra également participer aux actions de formation proposées dans le cadre du plan de formation.</w:t>
      </w:r>
    </w:p>
    <w:p/>
    <w:p>
      <w:r>
        <w:rPr>
          <w:b/>
          <w:sz w:val="20"/>
        </w:rPr>
        <w:t>Article 13 – Litiges</w:t>
      </w:r>
    </w:p>
    <w:p>
      <w:r>
        <w:rPr>
          <w:b w:val="0"/>
          <w:sz w:val="20"/>
        </w:rPr>
        <w:t>Tout différend relatif à l’interprétation ou à l’exécution du présent contrat sera soumis, à défaut d’accord amiable, à la compétence exclusive des juridictions prud’homales françaises.</w:t>
      </w:r>
    </w:p>
    <w:p/>
    <w:p/>
    <w:p>
      <w:r>
        <w:rPr>
          <w:b w:val="0"/>
          <w:sz w:val="20"/>
        </w:rPr>
        <w:t>Lieu de signature : ______________________________________________</w:t>
      </w:r>
    </w:p>
    <w:p>
      <w:r>
        <w:rPr>
          <w:b w:val="0"/>
          <w:sz w:val="20"/>
        </w:rPr>
        <w:t>Date de signature : 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L’EMPLOYEUR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SALARIÉ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et fonction : 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https://juridique-travail.com/modele-contrat-de-travail-commercial-avec-objectif/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https://juridique-travail.com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juridique-travail.com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travail.com/modele-contrat-de-travail-commercial-avec-objectif/" TargetMode="External"/><Relationship Id="rId10" Type="http://schemas.openxmlformats.org/officeDocument/2006/relationships/hyperlink" Target="https://juridique-trav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