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TRAVAIL AVEC VOITURE DE FONCTION</w:t>
      </w:r>
    </w:p>
    <w:p/>
    <w:p>
      <w:r>
        <w:rPr>
          <w:b/>
          <w:sz w:val="20"/>
        </w:rPr>
        <w:t>Employeur :</w:t>
      </w:r>
    </w:p>
    <w:p>
      <w:r>
        <w:rPr>
          <w:b w:val="0"/>
          <w:sz w:val="20"/>
        </w:rPr>
        <w:t>Nom / Raison sociale : 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</w:t>
      </w:r>
    </w:p>
    <w:p>
      <w:r>
        <w:rPr>
          <w:b w:val="0"/>
          <w:sz w:val="20"/>
        </w:rPr>
        <w:t>Qualité : ____________________________________________________________</w:t>
      </w:r>
    </w:p>
    <w:p/>
    <w:p>
      <w:r>
        <w:rPr>
          <w:b/>
          <w:sz w:val="20"/>
        </w:rPr>
        <w:t>Salarié :</w:t>
      </w:r>
    </w:p>
    <w:p>
      <w:r>
        <w:rPr>
          <w:b w:val="0"/>
          <w:sz w:val="20"/>
        </w:rPr>
        <w:t>Nom et Prénom : _____________________________________________________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Date de naissance : _________________________________________________</w:t>
      </w:r>
    </w:p>
    <w:p>
      <w:r>
        <w:rPr>
          <w:b w:val="0"/>
          <w:sz w:val="20"/>
        </w:rPr>
        <w:t>Nationalité : ________________________________________________________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a pour objet de définir les conditions d’emploi du salarié au sein de l’entreprise, ainsi que les modalités d’usage d’une voiture de fonction mise à sa disposition.</w:t>
      </w:r>
    </w:p>
    <w:p/>
    <w:p>
      <w:r>
        <w:rPr>
          <w:b/>
          <w:sz w:val="20"/>
        </w:rPr>
        <w:t>Article 2 – Nature du contrat</w:t>
      </w:r>
    </w:p>
    <w:p>
      <w:r>
        <w:rPr>
          <w:b w:val="0"/>
          <w:sz w:val="20"/>
        </w:rPr>
        <w:t>Le salarié est engagé en contrat de travail à durée indéterminée/déterminée (rayer la mention inutile).</w:t>
      </w:r>
    </w:p>
    <w:p/>
    <w:p>
      <w:r>
        <w:rPr>
          <w:b/>
          <w:sz w:val="20"/>
        </w:rPr>
        <w:t>Article 3 – Fonction et poste</w:t>
      </w:r>
    </w:p>
    <w:p>
      <w:r>
        <w:rPr>
          <w:b w:val="0"/>
          <w:sz w:val="20"/>
        </w:rPr>
        <w:t>Le salarié exercera les fonctions suivantes : ________________________________</w:t>
      </w:r>
    </w:p>
    <w:p>
      <w:r>
        <w:rPr>
          <w:b w:val="0"/>
          <w:sz w:val="20"/>
        </w:rPr>
        <w:t>Lieu de travail : _______________________________________________________</w:t>
      </w:r>
    </w:p>
    <w:p/>
    <w:p>
      <w:r>
        <w:rPr>
          <w:b/>
          <w:sz w:val="20"/>
        </w:rPr>
        <w:t>Article 4 – Durée du travail</w:t>
      </w:r>
    </w:p>
    <w:p>
      <w:r>
        <w:rPr>
          <w:b w:val="0"/>
          <w:sz w:val="20"/>
        </w:rPr>
        <w:t>La durée de travail hebdomadaire est fixée à __________ heures, réparties selon les modalités suivantes : ____________________________________________________________</w:t>
      </w:r>
    </w:p>
    <w:p/>
    <w:p>
      <w:r>
        <w:rPr>
          <w:b/>
          <w:sz w:val="20"/>
        </w:rPr>
        <w:t>Article 5 – Rémunération</w:t>
      </w:r>
    </w:p>
    <w:p>
      <w:r>
        <w:rPr>
          <w:b w:val="0"/>
          <w:sz w:val="20"/>
        </w:rPr>
        <w:t>Le salarié percevra une rémunération brute mensuelle de __________ euros, payable à terme échu, le __________ de chaque mois.</w:t>
      </w:r>
    </w:p>
    <w:p>
      <w:r>
        <w:rPr>
          <w:b w:val="0"/>
          <w:sz w:val="20"/>
        </w:rPr>
        <w:t>Les primes, avantages et autres compléments de salaire sont définis comme suit : ____________________________________________________________</w:t>
      </w:r>
    </w:p>
    <w:p/>
    <w:p>
      <w:r>
        <w:rPr>
          <w:b/>
          <w:sz w:val="20"/>
        </w:rPr>
        <w:t>Article 6 – Voiture de fonction</w:t>
      </w:r>
    </w:p>
    <w:p>
      <w:r>
        <w:rPr>
          <w:b w:val="0"/>
          <w:sz w:val="20"/>
        </w:rPr>
        <w:t>L’employeur met à la disposition du salarié un véhicule de fonction aux conditions suivantes :</w:t>
      </w:r>
    </w:p>
    <w:p>
      <w:r>
        <w:rPr>
          <w:b w:val="0"/>
          <w:sz w:val="20"/>
        </w:rPr>
        <w:t xml:space="preserve">  - Marque et modèle : _________________________________________________</w:t>
      </w:r>
    </w:p>
    <w:p>
      <w:r>
        <w:rPr>
          <w:b w:val="0"/>
          <w:sz w:val="20"/>
        </w:rPr>
        <w:t xml:space="preserve">  - Immatriculation : _________________________________________________</w:t>
      </w:r>
    </w:p>
    <w:p>
      <w:r>
        <w:rPr>
          <w:b w:val="0"/>
          <w:sz w:val="20"/>
        </w:rPr>
        <w:t xml:space="preserve">  - Usage autorisé : usage professionnel uniquement / usage professionnel et privé (rayer la mention inutile).</w:t>
      </w:r>
    </w:p>
    <w:p>
      <w:r>
        <w:rPr>
          <w:b w:val="0"/>
          <w:sz w:val="20"/>
        </w:rPr>
        <w:t xml:space="preserve">  - Conditions d’entretien et d’assurance : _______________________________</w:t>
      </w:r>
    </w:p>
    <w:p>
      <w:r>
        <w:rPr>
          <w:b w:val="0"/>
          <w:sz w:val="20"/>
        </w:rPr>
        <w:t xml:space="preserve">  - Restitution : la voiture devra être restituée en bon état à tout moment sur demande de l’employeur ou lors de la fin du contrat de travail.</w:t>
      </w:r>
    </w:p>
    <w:p/>
    <w:p>
      <w:r>
        <w:rPr>
          <w:b/>
          <w:sz w:val="20"/>
        </w:rPr>
        <w:t>Article 7 – Avantages en nature</w:t>
      </w:r>
    </w:p>
    <w:p>
      <w:r>
        <w:rPr>
          <w:b w:val="0"/>
          <w:sz w:val="20"/>
        </w:rPr>
        <w:t>L’usage de la voiture de fonction constitue un avantage en nature soumis à cotisations sociales conformément à la législation en vigueur.</w:t>
      </w:r>
    </w:p>
    <w:p>
      <w:r>
        <w:rPr>
          <w:b w:val="0"/>
          <w:sz w:val="20"/>
        </w:rPr>
        <w:t>L’évaluation de cet avantage est effectuée selon la méthode suivante : _____________________</w:t>
      </w:r>
    </w:p>
    <w:p/>
    <w:p>
      <w:r>
        <w:rPr>
          <w:b/>
          <w:sz w:val="20"/>
        </w:rPr>
        <w:t>Article 8 – Obligations du salarié</w:t>
      </w:r>
    </w:p>
    <w:p>
      <w:r>
        <w:rPr>
          <w:b w:val="0"/>
          <w:sz w:val="20"/>
        </w:rPr>
        <w:t>Le salarié s’engage à :</w:t>
      </w:r>
    </w:p>
    <w:p>
      <w:r>
        <w:rPr>
          <w:b w:val="0"/>
          <w:sz w:val="20"/>
        </w:rPr>
        <w:t xml:space="preserve">  - Utiliser le véhicule conformément aux règles de sécurité et à la législation en vigueur.</w:t>
      </w:r>
    </w:p>
    <w:p>
      <w:r>
        <w:rPr>
          <w:b w:val="0"/>
          <w:sz w:val="20"/>
        </w:rPr>
        <w:t xml:space="preserve">  - Assurer l’entretien courant et les réparations nécessaires, sauf mention contraire.</w:t>
      </w:r>
    </w:p>
    <w:p>
      <w:r>
        <w:rPr>
          <w:b w:val="0"/>
          <w:sz w:val="20"/>
        </w:rPr>
        <w:t xml:space="preserve">  - Déclarer immédiatement toute infraction, sinistre, dommage ou vol concernant le véhicule.</w:t>
      </w:r>
    </w:p>
    <w:p>
      <w:r>
        <w:rPr>
          <w:b w:val="0"/>
          <w:sz w:val="20"/>
        </w:rPr>
        <w:t xml:space="preserve">  - Ne pas utiliser la voiture à des fins illicites ou contraires aux intérêts de l’employeur.</w:t>
      </w:r>
    </w:p>
    <w:p/>
    <w:p>
      <w:r>
        <w:rPr>
          <w:b/>
          <w:sz w:val="20"/>
        </w:rPr>
        <w:t>Article 9 – Durée et fin du contrat</w:t>
      </w:r>
    </w:p>
    <w:p>
      <w:r>
        <w:rPr>
          <w:b w:val="0"/>
          <w:sz w:val="20"/>
        </w:rPr>
        <w:t>Le présent contrat prend effet à compter de la date convenue entre les parties.</w:t>
      </w:r>
    </w:p>
    <w:p>
      <w:r>
        <w:rPr>
          <w:b w:val="0"/>
          <w:sz w:val="20"/>
        </w:rPr>
        <w:t>Il pourra être résilié dans les conditions prévues par le Code du travail.</w:t>
      </w:r>
    </w:p>
    <w:p>
      <w:r>
        <w:rPr>
          <w:b w:val="0"/>
          <w:sz w:val="20"/>
        </w:rPr>
        <w:t>En cas de rupture du contrat, la voiture de fonction devra être restituée dans les délais impartis.</w:t>
      </w:r>
    </w:p>
    <w:p/>
    <w:p>
      <w:r>
        <w:rPr>
          <w:b/>
          <w:sz w:val="20"/>
        </w:rPr>
        <w:t>Article 10 – Confidentialité</w:t>
      </w:r>
    </w:p>
    <w:p>
      <w:r>
        <w:rPr>
          <w:b w:val="0"/>
          <w:sz w:val="20"/>
        </w:rPr>
        <w:t>Le salarié est tenu à une obligation de confidentialité concernant toutes les informations dont il pourrait avoir connaissance dans le cadre de ses fonctions.</w:t>
      </w:r>
    </w:p>
    <w:p/>
    <w:p>
      <w:r>
        <w:rPr>
          <w:b/>
          <w:sz w:val="20"/>
        </w:rPr>
        <w:t>Article 11 – Litiges</w:t>
      </w:r>
    </w:p>
    <w:p>
      <w:r>
        <w:rPr>
          <w:b w:val="0"/>
          <w:sz w:val="20"/>
        </w:rPr>
        <w:t>Tout litige relatif à l’exécution ou à l’interprétation du présent contrat sera soumis aux juridictions compétentes conformément au droit français.</w:t>
      </w:r>
    </w:p>
    <w:p/>
    <w:p/>
    <w:p>
      <w:r>
        <w:rPr>
          <w:b w:val="0"/>
          <w:sz w:val="20"/>
        </w:rPr>
        <w:t>Lieu de signature : ________________________________________________</w:t>
      </w:r>
    </w:p>
    <w:p>
      <w:r>
        <w:rPr>
          <w:b w:val="0"/>
          <w:sz w:val="20"/>
        </w:rPr>
        <w:t>Date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https://juridique-travail.com/modele-contrat-de-travail-avec-voiture-de-fonction/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contrat-de-travail-avec-voiture-de-fonction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