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TRAVAIL AVEC 13ÈME MOIS</w:t>
      </w:r>
    </w:p>
    <w:p/>
    <w:p>
      <w:r>
        <w:rPr>
          <w:b/>
          <w:sz w:val="20"/>
        </w:rPr>
        <w:t>Entre les soussignés :</w:t>
      </w:r>
    </w:p>
    <w:p>
      <w:r>
        <w:rPr>
          <w:b w:val="0"/>
          <w:sz w:val="20"/>
        </w:rPr>
        <w:t>L’Employeur : _________________________________________________________</w:t>
      </w:r>
    </w:p>
    <w:p>
      <w:r>
        <w:rPr>
          <w:b w:val="0"/>
          <w:sz w:val="20"/>
        </w:rPr>
        <w:t>Adresse : ______________________________________________________________</w:t>
      </w:r>
    </w:p>
    <w:p>
      <w:r>
        <w:rPr>
          <w:b w:val="0"/>
          <w:sz w:val="20"/>
        </w:rPr>
        <w:t>Représenté par : _______________________________________________________</w:t>
      </w:r>
    </w:p>
    <w:p/>
    <w:p>
      <w:r>
        <w:rPr>
          <w:b/>
          <w:sz w:val="20"/>
        </w:rPr>
        <w:t>Et le Salarié :</w:t>
      </w:r>
    </w:p>
    <w:p>
      <w:r>
        <w:rPr>
          <w:b w:val="0"/>
          <w:sz w:val="20"/>
        </w:rPr>
        <w:t>Nom et prénom : _______________________________________________________</w:t>
      </w:r>
    </w:p>
    <w:p>
      <w:r>
        <w:rPr>
          <w:b w:val="0"/>
          <w:sz w:val="20"/>
        </w:rPr>
        <w:t>Adresse : ______________________________________________________________</w:t>
      </w:r>
    </w:p>
    <w:p>
      <w:r>
        <w:rPr>
          <w:b w:val="0"/>
          <w:sz w:val="20"/>
        </w:rPr>
        <w:t>Date de naissance : ___________________________________________________</w:t>
      </w:r>
    </w:p>
    <w:p/>
    <w:p>
      <w:r>
        <w:rPr>
          <w:b/>
          <w:sz w:val="20"/>
        </w:rPr>
        <w:t>Article 1 – Objet du contrat</w:t>
      </w:r>
    </w:p>
    <w:p>
      <w:r>
        <w:rPr>
          <w:b w:val="0"/>
          <w:sz w:val="20"/>
        </w:rPr>
        <w:t>L’Employeur engage le Salarié en qualité de _______________________________ conformément aux dispositions de la convention collective applicable et aux dispositions légales en vigueur.</w:t>
      </w:r>
    </w:p>
    <w:p/>
    <w:p>
      <w:r>
        <w:rPr>
          <w:b/>
          <w:sz w:val="20"/>
        </w:rPr>
        <w:t>Article 2 – Durée du contrat</w:t>
      </w:r>
    </w:p>
    <w:p>
      <w:r>
        <w:rPr>
          <w:b w:val="0"/>
          <w:sz w:val="20"/>
        </w:rPr>
        <w:t>Ce contrat est à durée indéterminée. Une période d’essai de _______________ est prévue, durant laquelle chacune des parties pourra mettre fin au contrat conformément aux dispositions légales.</w:t>
      </w:r>
    </w:p>
    <w:p/>
    <w:p>
      <w:r>
        <w:rPr>
          <w:b/>
          <w:sz w:val="20"/>
        </w:rPr>
        <w:t>Article 3 – Date d’entrée en fonction</w:t>
      </w:r>
    </w:p>
    <w:p>
      <w:r>
        <w:rPr>
          <w:b w:val="0"/>
          <w:sz w:val="20"/>
        </w:rPr>
        <w:t>Le Salarié commencera ses fonctions à compter du _______________________________.</w:t>
      </w:r>
    </w:p>
    <w:p/>
    <w:p>
      <w:r>
        <w:rPr>
          <w:b/>
          <w:sz w:val="20"/>
        </w:rPr>
        <w:t>Article 4 – Lieu de travail</w:t>
      </w:r>
    </w:p>
    <w:p>
      <w:r>
        <w:rPr>
          <w:b w:val="0"/>
          <w:sz w:val="20"/>
        </w:rPr>
        <w:t>Le Salarié exercera ses fonctions au sein des locaux situés à ___________________________. L’Employeur se réserve le droit de modifier ce lieu dans le cadre des nécessités de l’entreprise.</w:t>
      </w:r>
    </w:p>
    <w:p/>
    <w:p>
      <w:r>
        <w:rPr>
          <w:b/>
          <w:sz w:val="20"/>
        </w:rPr>
        <w:t>Article 5 – Horaires de travail</w:t>
      </w:r>
    </w:p>
    <w:p>
      <w:r>
        <w:rPr>
          <w:b w:val="0"/>
          <w:sz w:val="20"/>
        </w:rPr>
        <w:t>Le Salarié travaillera selon les horaires suivants : _______________________________. Les heures supplémentaires seront rémunérées conformément à la législation applicable.</w:t>
      </w:r>
    </w:p>
    <w:p/>
    <w:p>
      <w:r>
        <w:rPr>
          <w:b/>
          <w:sz w:val="20"/>
        </w:rPr>
        <w:t>Article 6 – Rémunération</w:t>
      </w:r>
    </w:p>
    <w:p>
      <w:r>
        <w:rPr>
          <w:b w:val="0"/>
          <w:sz w:val="20"/>
        </w:rPr>
        <w:t>Le Salarié percevra une rémunération brute mensuelle de __________________ euros, payable le ___________ de chaque mois.</w:t>
      </w:r>
    </w:p>
    <w:p>
      <w:r>
        <w:rPr>
          <w:b w:val="0"/>
          <w:sz w:val="20"/>
        </w:rPr>
        <w:t>Cette rémunération comprend le versement d’un 13ème mois correspondant à un mois de salaire brut, versé annuellement selon les modalités suivantes : _______________________________.</w:t>
      </w:r>
    </w:p>
    <w:p/>
    <w:p>
      <w:r>
        <w:rPr>
          <w:b/>
          <w:sz w:val="20"/>
        </w:rPr>
        <w:t>Article 7 – Avantages et primes</w:t>
      </w:r>
    </w:p>
    <w:p>
      <w:r>
        <w:rPr>
          <w:b w:val="0"/>
          <w:sz w:val="20"/>
        </w:rPr>
        <w:t>Le Salarié pourra bénéficier des avantages suivants : _______________________________________________. Toute prime exceptionnelle ou complémentaire fera l’objet d’un accord écrit.</w:t>
      </w:r>
    </w:p>
    <w:p/>
    <w:p>
      <w:r>
        <w:rPr>
          <w:b/>
          <w:sz w:val="20"/>
        </w:rPr>
        <w:t>Article 8 – Congés</w:t>
      </w:r>
    </w:p>
    <w:p>
      <w:r>
        <w:rPr>
          <w:b w:val="0"/>
          <w:sz w:val="20"/>
        </w:rPr>
        <w:t>Le Salarié bénéficie des congés payés conformément aux dispositions légales et conventionnelles en vigueur. La prise des congés est soumise à l’accord de l’Employeur.</w:t>
      </w:r>
    </w:p>
    <w:p/>
    <w:p>
      <w:r>
        <w:rPr>
          <w:b/>
          <w:sz w:val="20"/>
        </w:rPr>
        <w:t>Article 9 – Obligations du Salarié</w:t>
      </w:r>
    </w:p>
    <w:p>
      <w:r>
        <w:rPr>
          <w:b w:val="0"/>
          <w:sz w:val="20"/>
        </w:rPr>
        <w:t>Le Salarié s’engage à exécuter son travail avec diligence, loyauté et conformément aux instructions reçues. Il respectera les règles internes et les consignes de sécurité applicables dans l’entreprise.</w:t>
      </w:r>
    </w:p>
    <w:p/>
    <w:p>
      <w:r>
        <w:rPr>
          <w:b/>
          <w:sz w:val="20"/>
        </w:rPr>
        <w:t>Article 10 – Confidentialité</w:t>
      </w:r>
    </w:p>
    <w:p>
      <w:r>
        <w:rPr>
          <w:b w:val="0"/>
          <w:sz w:val="20"/>
        </w:rPr>
        <w:t>Le Salarié est tenu à une obligation de confidentialité concernant toutes les informations dont il aura connaissance pendant la durée du contrat et après son terme, sauf accord préalable écrit de l’Employeur.</w:t>
      </w:r>
    </w:p>
    <w:p/>
    <w:p>
      <w:r>
        <w:rPr>
          <w:b/>
          <w:sz w:val="20"/>
        </w:rPr>
        <w:t>Article 11 – Clause de non-concurrence</w:t>
      </w:r>
    </w:p>
    <w:p>
      <w:r>
        <w:rPr>
          <w:b w:val="0"/>
          <w:sz w:val="20"/>
        </w:rPr>
        <w:t>Le Salarié s’engage à ne pas exercer d’activité concurrente susceptible de porter préjudice à l’Employeur pendant une durée de _____________ après la cessation du contrat, sur le territoire suivant : _______________________. Une contrepartie financière spécifique sera versée conformément à la loi.</w:t>
      </w:r>
    </w:p>
    <w:p/>
    <w:p>
      <w:r>
        <w:rPr>
          <w:b/>
          <w:sz w:val="20"/>
        </w:rPr>
        <w:t>Article 12 – Résiliation du contrat</w:t>
      </w:r>
    </w:p>
    <w:p>
      <w:r>
        <w:rPr>
          <w:b w:val="0"/>
          <w:sz w:val="20"/>
        </w:rPr>
        <w:t>Le présent contrat peut être résilié par chacune des parties en respectant les délais de préavis prévus par la loi et la convention collective. La rupture devra être signifiée par lettre recommandée avec accusé de réception.</w:t>
      </w:r>
    </w:p>
    <w:p/>
    <w:p>
      <w:r>
        <w:rPr>
          <w:b/>
          <w:sz w:val="20"/>
        </w:rPr>
        <w:t>Article 13 – Litiges</w:t>
      </w:r>
    </w:p>
    <w:p>
      <w:r>
        <w:rPr>
          <w:b w:val="0"/>
          <w:sz w:val="20"/>
        </w:rPr>
        <w:t>Tout différend relatif à l’interprétation ou à l’exécution du présent contrat sera soumis aux juridictions compétentes dans le ressort du lieu d’exécution du contrat.</w:t>
      </w:r>
    </w:p>
    <w:p/>
    <w:p/>
    <w:p>
      <w:r>
        <w:rPr>
          <w:b w:val="0"/>
          <w:sz w:val="20"/>
        </w:rPr>
        <w:t>Lieu de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L’EMPLOYEUR</w:t>
            </w:r>
          </w:p>
        </w:tc>
        <w:tc>
          <w:tcPr>
            <w:tcW w:type="dxa" w:w="4986"/>
            <w:tcBorders>
              <w:top w:val="nil"/>
              <w:left w:val="nil"/>
              <w:bottom w:val="nil"/>
              <w:right w:val="nil"/>
              <w:insideH w:val="nil"/>
              <w:insideV w:val="nil"/>
            </w:tcBorders>
          </w:tcPr>
          <w:p>
            <w:pPr>
              <w:jc w:val="center"/>
            </w:pPr>
            <w:r>
              <w:t>LE SALARIÉ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https://juridique-travail.com/modele-contrat-de-travail-avec-13eme-mois/</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contrat-de-travail-avec-13eme-mois/"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