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CERTIFICAT DE CONFORMITÉ</w:t>
      </w:r>
    </w:p>
    <w:p>
      <w:pPr>
        <w:jc w:val="center"/>
      </w:pPr>
      <w:r>
        <w:rPr>
          <w:b/>
          <w:sz w:val="20"/>
        </w:rPr>
        <w:t>Assainissement Collectif</w:t>
      </w:r>
    </w:p>
    <w:p/>
    <w:p/>
    <w:p>
      <w:r>
        <w:rPr>
          <w:b w:val="0"/>
          <w:sz w:val="20"/>
        </w:rPr>
        <w:t>Je soussigné(e), ____________________________________________, en qualité de technicien agréé, certifie que le système d’assainissement collectif situé à :</w:t>
      </w:r>
    </w:p>
    <w:p/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Code postal : _______________    Ville : _____________________________</w:t>
      </w:r>
    </w:p>
    <w:p>
      <w:r>
        <w:rPr>
          <w:b w:val="0"/>
          <w:sz w:val="20"/>
        </w:rPr>
        <w:t>Propriétaire : _______________________________________________________</w:t>
      </w:r>
    </w:p>
    <w:p/>
    <w:p/>
    <w:p>
      <w:r>
        <w:rPr>
          <w:b/>
          <w:sz w:val="20"/>
        </w:rPr>
        <w:t>Description du système d’assainissement collectif :</w:t>
      </w:r>
    </w:p>
    <w:p>
      <w:r>
        <w:rPr>
          <w:b w:val="0"/>
          <w:sz w:val="20"/>
        </w:rPr>
        <w:t>Type d’installation : ________________________________________________</w:t>
      </w:r>
    </w:p>
    <w:p>
      <w:r>
        <w:rPr>
          <w:b w:val="0"/>
          <w:sz w:val="20"/>
        </w:rPr>
        <w:t>Capacité nominale (EH) : _____________________________________________</w:t>
      </w:r>
    </w:p>
    <w:p>
      <w:r>
        <w:rPr>
          <w:b w:val="0"/>
          <w:sz w:val="20"/>
        </w:rPr>
        <w:t>Date de mise en service : ____________________________________________</w:t>
      </w:r>
    </w:p>
    <w:p>
      <w:r>
        <w:rPr>
          <w:b w:val="0"/>
          <w:sz w:val="20"/>
        </w:rPr>
        <w:t>Dernière visite de contrôle : _________________________________________</w:t>
      </w:r>
    </w:p>
    <w:p/>
    <w:p>
      <w:r>
        <w:rPr>
          <w:b w:val="0"/>
          <w:sz w:val="20"/>
        </w:rPr>
        <w:t>Conformément aux dispositions en vigueur du Code de la Santé Publique et du Code de l’Environnement, notamment les articles L1331-1 à L1331-13 et R1331-1 à R1331-34,</w:t>
      </w:r>
    </w:p>
    <w:p>
      <w:r>
        <w:rPr>
          <w:b w:val="0"/>
          <w:sz w:val="20"/>
        </w:rPr>
        <w:t>ainsi qu’aux prescriptions du Schéma Directeur d’Assainissement et au règlement sanitaire départemental,</w:t>
      </w:r>
    </w:p>
    <w:p>
      <w:r>
        <w:rPr>
          <w:b w:val="0"/>
          <w:sz w:val="20"/>
        </w:rPr>
        <w:t>j’atteste que le système d’assainissement collectif décrit répond aux exigences réglementaires applicables.</w:t>
      </w:r>
    </w:p>
    <w:p/>
    <w:p>
      <w:r>
        <w:rPr>
          <w:b/>
          <w:sz w:val="20"/>
        </w:rPr>
        <w:t>Contrôles effectués :</w:t>
      </w:r>
    </w:p>
    <w:p>
      <w:r>
        <w:rPr>
          <w:b w:val="0"/>
          <w:sz w:val="20"/>
        </w:rPr>
        <w:t>- Vérification de l’étanchéité des ouvrages</w:t>
      </w:r>
    </w:p>
    <w:p>
      <w:r>
        <w:rPr>
          <w:b w:val="0"/>
          <w:sz w:val="20"/>
        </w:rPr>
        <w:t>- Inspection des dispositifs de prétraitement</w:t>
      </w:r>
    </w:p>
    <w:p>
      <w:r>
        <w:rPr>
          <w:b w:val="0"/>
          <w:sz w:val="20"/>
        </w:rPr>
        <w:t>- Contrôle de la conformité des rejets et des réseaux</w:t>
      </w:r>
    </w:p>
    <w:p>
      <w:r>
        <w:rPr>
          <w:b w:val="0"/>
          <w:sz w:val="20"/>
        </w:rPr>
        <w:t>- Vérification du bon fonctionnement des dispositifs de ventilation</w:t>
      </w:r>
    </w:p>
    <w:p/>
    <w:p>
      <w:r>
        <w:rPr>
          <w:b/>
          <w:sz w:val="20"/>
        </w:rPr>
        <w:t>Observations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/>
    <w:p>
      <w:r>
        <w:rPr>
          <w:b w:val="0"/>
          <w:sz w:val="20"/>
        </w:rPr>
        <w:t>En conséquence, le système d’assainissement collectif est déclaré conforme aux exigences réglementaires visées,</w:t>
      </w:r>
    </w:p>
    <w:p>
      <w:r>
        <w:rPr>
          <w:b w:val="0"/>
          <w:sz w:val="20"/>
        </w:rPr>
        <w:t>sous réserve du respect des prescriptions d’entretien et de contrôle périodique définies par la réglementation.</w:t>
      </w:r>
    </w:p>
    <w:p/>
    <w:p/>
    <w:p>
      <w:r>
        <w:rPr>
          <w:b w:val="0"/>
          <w:sz w:val="20"/>
        </w:rPr>
        <w:t>Le présent certificat ne dégage pas la responsabilité du propriétaire quant à la bonne utilisation et la maintenance du système,</w:t>
      </w:r>
    </w:p>
    <w:p>
      <w:r>
        <w:rPr>
          <w:b w:val="0"/>
          <w:sz w:val="20"/>
        </w:rPr>
        <w:t>ni celle des autorités compétentes en matière de contrôle ultérieur. Toute modification ou remplacement du système doit faire l’objet d’une nouvelle vérification.</w:t>
      </w:r>
    </w:p>
    <w:p/>
    <w:p/>
    <w:p>
      <w:r>
        <w:rPr>
          <w:b w:val="0"/>
          <w:sz w:val="20"/>
        </w:rPr>
        <w:t>Lieu : ____________________________    Date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Technicien agréé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Propriétaire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https://juridique-travail.com/modele-certificat-de-conformite-assainissement-collectif/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certificat-de-conformite-assainissement-collectif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