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AVENANT AU CONTRAT DE TRAVAIL À TEMPS PARTIEL</w:t>
      </w:r>
    </w:p>
    <w:p>
      <w:pPr>
        <w:jc w:val="center"/>
      </w:pPr>
      <w:r>
        <w:rPr>
          <w:b/>
          <w:sz w:val="20"/>
        </w:rPr>
        <w:t>RELATIF À LA RETRAITE PROGRESSIVE</w:t>
      </w:r>
    </w:p>
    <w:p/>
    <w:p/>
    <w:p>
      <w:r>
        <w:rPr>
          <w:b/>
          <w:sz w:val="20"/>
        </w:rPr>
        <w:t>Entre les soussignés :</w:t>
      </w:r>
    </w:p>
    <w:p>
      <w:r>
        <w:rPr>
          <w:b w:val="0"/>
          <w:sz w:val="20"/>
        </w:rPr>
        <w:t>L'Employeur : _________________________________________________________</w:t>
      </w:r>
    </w:p>
    <w:p>
      <w:r>
        <w:rPr>
          <w:b w:val="0"/>
          <w:sz w:val="20"/>
        </w:rPr>
        <w:t>Adresse : ______________________________________________________________</w:t>
      </w:r>
    </w:p>
    <w:p>
      <w:r>
        <w:rPr>
          <w:b w:val="0"/>
          <w:sz w:val="20"/>
        </w:rPr>
        <w:t>Représenté par : ______________________________________________________</w:t>
      </w:r>
    </w:p>
    <w:p>
      <w:r>
        <w:rPr>
          <w:b w:val="0"/>
          <w:sz w:val="20"/>
        </w:rPr>
      </w:r>
    </w:p>
    <w:p>
      <w:pPr>
        <w:jc w:val="center"/>
      </w:pPr>
      <w:r>
        <w:rPr>
          <w:b w:val="0"/>
          <w:sz w:val="20"/>
        </w:rPr>
        <w:t>Et</w:t>
      </w:r>
    </w:p>
    <w:p>
      <w:r>
        <w:rPr>
          <w:b w:val="0"/>
          <w:sz w:val="20"/>
        </w:rPr>
      </w:r>
    </w:p>
    <w:p>
      <w:r>
        <w:rPr>
          <w:b w:val="0"/>
          <w:sz w:val="20"/>
        </w:rPr>
        <w:t>Le Salarié : ___________________________________________________________</w:t>
      </w:r>
    </w:p>
    <w:p>
      <w:r>
        <w:rPr>
          <w:b w:val="0"/>
          <w:sz w:val="20"/>
        </w:rPr>
        <w:t>Né(e) le : _____________________________________________________________</w:t>
      </w:r>
    </w:p>
    <w:p>
      <w:r>
        <w:rPr>
          <w:b w:val="0"/>
          <w:sz w:val="20"/>
        </w:rPr>
        <w:t>Adresse : ______________________________________________________________</w:t>
      </w:r>
    </w:p>
    <w:p/>
    <w:p>
      <w:r>
        <w:rPr>
          <w:b/>
          <w:sz w:val="20"/>
        </w:rPr>
        <w:t>Il a été convenu ce qui suit :</w:t>
      </w:r>
    </w:p>
    <w:p/>
    <w:p>
      <w:r>
        <w:rPr>
          <w:b/>
          <w:sz w:val="20"/>
        </w:rPr>
        <w:t>Préambule :</w:t>
      </w:r>
    </w:p>
    <w:p>
      <w:r>
        <w:rPr>
          <w:b w:val="0"/>
          <w:sz w:val="20"/>
        </w:rPr>
        <w:t>Le présent avenant a pour objet de modifier les modalités du contrat de travail à temps partiel du salarié susnommé, afin de mettre en place un dispositif de retraite progressive conformément aux articles L3133-1 et suivants du Code du travail.</w:t>
      </w:r>
    </w:p>
    <w:p/>
    <w:p>
      <w:r>
        <w:rPr>
          <w:b/>
          <w:sz w:val="20"/>
        </w:rPr>
        <w:t>Article 1 – Objet de l’avenant</w:t>
      </w:r>
    </w:p>
    <w:p>
      <w:r>
        <w:rPr>
          <w:b w:val="0"/>
          <w:sz w:val="20"/>
        </w:rPr>
        <w:t>Le présent avenant définit les modalités d'exécution du travail à temps partiel dans le cadre du dispositif de retraite progressive. Il s'applique au contrat de travail initial entre l'Employeur et le Salarié, modifiant les conditions de durée et d'organisation du travail.</w:t>
      </w:r>
    </w:p>
    <w:p/>
    <w:p>
      <w:r>
        <w:rPr>
          <w:b/>
          <w:sz w:val="20"/>
        </w:rPr>
        <w:t>Article 2 – Durée du travail</w:t>
      </w:r>
    </w:p>
    <w:p>
      <w:r>
        <w:rPr>
          <w:b w:val="0"/>
          <w:sz w:val="20"/>
        </w:rPr>
        <w:t>À compter de la signature du présent avenant, le Salarié exercera ses fonctions à temps partiel conformément aux modalités suivantes :</w:t>
      </w:r>
    </w:p>
    <w:p>
      <w:r>
        <w:rPr>
          <w:b w:val="0"/>
          <w:sz w:val="20"/>
        </w:rPr>
        <w:t>Durée hebdomadaire de travail : ______________ heures</w:t>
      </w:r>
    </w:p>
    <w:p>
      <w:r>
        <w:rPr>
          <w:b w:val="0"/>
          <w:sz w:val="20"/>
        </w:rPr>
        <w:t>Répartition de la durée du travail : ______________________________________________________________</w:t>
      </w:r>
    </w:p>
    <w:p>
      <w:r>
        <w:rPr>
          <w:b w:val="0"/>
          <w:sz w:val="20"/>
        </w:rPr>
        <w:t>Cette durée ne peut être inférieure à 40 % ni supérieure à 80 % de la durée légale ou conventionnelle applicable au poste.</w:t>
      </w:r>
    </w:p>
    <w:p/>
    <w:p>
      <w:r>
        <w:rPr>
          <w:b/>
          <w:sz w:val="20"/>
        </w:rPr>
        <w:t>Article 3 – Durée de l’avenant</w:t>
      </w:r>
    </w:p>
    <w:p>
      <w:r>
        <w:rPr>
          <w:b w:val="0"/>
          <w:sz w:val="20"/>
        </w:rPr>
        <w:t>Le présent avenant est conclu pour une durée indéterminée à compter de la date de signature. Le Salarié continuera à bénéficier de ce régime jusqu'à la date de départ à la retraite à temps complet.</w:t>
      </w:r>
    </w:p>
    <w:p/>
    <w:p>
      <w:r>
        <w:rPr>
          <w:b/>
          <w:sz w:val="20"/>
        </w:rPr>
        <w:t>Article 4 – Rémunération</w:t>
      </w:r>
    </w:p>
    <w:p>
      <w:r>
        <w:rPr>
          <w:b w:val="0"/>
          <w:sz w:val="20"/>
        </w:rPr>
        <w:t>La rémunération du Salarié sera calculée proportionnellement à la durée de travail fixée à l'article 2, sur la base du salaire en vigueur avant la mise en place du présent avenant.</w:t>
      </w:r>
    </w:p>
    <w:p>
      <w:r>
        <w:rPr>
          <w:b w:val="0"/>
          <w:sz w:val="20"/>
        </w:rPr>
        <w:t>Le montant mensuel brut sera donc de : ____________________________________ EUR</w:t>
      </w:r>
    </w:p>
    <w:p/>
    <w:p>
      <w:r>
        <w:rPr>
          <w:b/>
          <w:sz w:val="20"/>
        </w:rPr>
        <w:t>Article 5 – Organisation et horaires de travail</w:t>
      </w:r>
    </w:p>
    <w:p>
      <w:r>
        <w:rPr>
          <w:b w:val="0"/>
          <w:sz w:val="20"/>
        </w:rPr>
        <w:t>Les horaires de travail seront organisés selon les modalités suivantes :</w:t>
      </w:r>
    </w:p>
    <w:p>
      <w:r>
        <w:rPr>
          <w:b w:val="0"/>
          <w:sz w:val="20"/>
        </w:rPr>
        <w:t>______________________________________________________________________________</w:t>
      </w:r>
    </w:p>
    <w:p>
      <w:r>
        <w:rPr>
          <w:b w:val="0"/>
          <w:sz w:val="20"/>
        </w:rPr>
        <w:t>Toute modification des horaires fera l'objet d'un accord entre les parties dans le respect des dispositions légales et conventionnelles.</w:t>
      </w:r>
    </w:p>
    <w:p/>
    <w:p>
      <w:r>
        <w:rPr>
          <w:b/>
          <w:sz w:val="20"/>
        </w:rPr>
        <w:t>Article 6 – Congés et droits sociaux</w:t>
      </w:r>
    </w:p>
    <w:p>
      <w:r>
        <w:rPr>
          <w:b w:val="0"/>
          <w:sz w:val="20"/>
        </w:rPr>
        <w:t>Le Salarié bénéficie des mêmes droits sociaux et avantages que ceux attachés au contrat initial, au prorata de sa durée de travail.</w:t>
      </w:r>
    </w:p>
    <w:p>
      <w:r>
        <w:rPr>
          <w:b w:val="0"/>
          <w:sz w:val="20"/>
        </w:rPr>
        <w:t>Les congés payés sont acquis et pris selon les règles applicables au temps partiel.</w:t>
      </w:r>
    </w:p>
    <w:p/>
    <w:p>
      <w:r>
        <w:rPr>
          <w:b/>
          <w:sz w:val="20"/>
        </w:rPr>
        <w:t>Article 7 – Rupture de l’avenant</w:t>
      </w:r>
    </w:p>
    <w:p>
      <w:r>
        <w:rPr>
          <w:b w:val="0"/>
          <w:sz w:val="20"/>
        </w:rPr>
        <w:t>Le présent avenant peut être dénoncé par l'une ou l'autre des parties, sous réserve du respect d'un préavis de ___ mois.</w:t>
      </w:r>
    </w:p>
    <w:p>
      <w:r>
        <w:rPr>
          <w:b w:val="0"/>
          <w:sz w:val="20"/>
        </w:rPr>
        <w:t>En cas de rupture anticipée, les conditions de travail et la rémunération reviendront aux modalités prévues dans le contrat initial, sauf accord contraire.</w:t>
      </w:r>
    </w:p>
    <w:p/>
    <w:p>
      <w:r>
        <w:rPr>
          <w:b/>
          <w:sz w:val="20"/>
        </w:rPr>
        <w:t>Article 8 – Information des institutions représentatives du personnel</w:t>
      </w:r>
    </w:p>
    <w:p>
      <w:r>
        <w:rPr>
          <w:b w:val="0"/>
          <w:sz w:val="20"/>
        </w:rPr>
        <w:t>L'Employeur s'engage à informer les institutions représentatives du personnel conformément aux dispositions légales en vigueur.</w:t>
      </w:r>
    </w:p>
    <w:p/>
    <w:p>
      <w:r>
        <w:rPr>
          <w:b/>
          <w:sz w:val="20"/>
        </w:rPr>
        <w:t>Article 9 – Dispositions diverses</w:t>
      </w:r>
    </w:p>
    <w:p>
      <w:r>
        <w:rPr>
          <w:b w:val="0"/>
          <w:sz w:val="20"/>
        </w:rPr>
        <w:t>Toutes les autres clauses du contrat de travail initial non modifiées par le présent avenant restent en vigueur.</w:t>
      </w:r>
    </w:p>
    <w:p>
      <w:r>
        <w:rPr>
          <w:b w:val="0"/>
          <w:sz w:val="20"/>
        </w:rPr>
        <w:t>Le présent avenant sera annexé au contrat de travail initial.</w:t>
      </w:r>
    </w:p>
    <w:p/>
    <w:p/>
    <w:p>
      <w:r>
        <w:rPr>
          <w:b w:val="0"/>
          <w:sz w:val="20"/>
        </w:rPr>
        <w:t>Lieu de signature : _____________________________________</w:t>
      </w:r>
    </w:p>
    <w:p>
      <w:r>
        <w:rPr>
          <w:b w:val="0"/>
          <w:sz w:val="20"/>
        </w:rPr>
        <w:t>Date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LE 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https://juridique-travail.com/modele-avenant-temps-partiel-retraite-progressive/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avenant-temps-partiel-retraite-progressiv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