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AVENANT AU CONTRAT DE REMPLACEMENT D’INFIRMIER</w:t>
      </w:r>
    </w:p>
    <w:p/>
    <w:p>
      <w:r>
        <w:rPr>
          <w:b/>
          <w:sz w:val="20"/>
        </w:rPr>
        <w:t>Entre les soussignés :</w:t>
      </w:r>
    </w:p>
    <w:p>
      <w:r>
        <w:rPr>
          <w:b w:val="0"/>
          <w:sz w:val="20"/>
        </w:rPr>
        <w:t>L’Établissement de santé : ____________________________________________________________</w:t>
      </w:r>
    </w:p>
    <w:p>
      <w:r>
        <w:rPr>
          <w:b w:val="0"/>
          <w:sz w:val="20"/>
        </w:rPr>
        <w:t>Adresse : ___________________________________________________________________________</w:t>
      </w:r>
    </w:p>
    <w:p>
      <w:r>
        <w:rPr>
          <w:b w:val="0"/>
          <w:sz w:val="20"/>
        </w:rPr>
        <w:t>Représenté par : ____________________________________________________________________</w:t>
      </w:r>
    </w:p>
    <w:p>
      <w:r>
        <w:rPr>
          <w:b w:val="0"/>
          <w:sz w:val="20"/>
        </w:rPr>
      </w:r>
    </w:p>
    <w:p>
      <w:r>
        <w:rPr>
          <w:b w:val="0"/>
          <w:sz w:val="20"/>
        </w:rPr>
        <w:t>Et</w:t>
      </w:r>
    </w:p>
    <w:p>
      <w:r>
        <w:rPr>
          <w:b/>
          <w:sz w:val="20"/>
        </w:rPr>
        <w:t>Le Remplaçant Infirmier :</w:t>
      </w:r>
    </w:p>
    <w:p>
      <w:r>
        <w:rPr>
          <w:b w:val="0"/>
          <w:sz w:val="20"/>
        </w:rPr>
        <w:t>Nom et Prénom : _________________________________________________________________</w:t>
      </w:r>
    </w:p>
    <w:p>
      <w:r>
        <w:rPr>
          <w:b w:val="0"/>
          <w:sz w:val="20"/>
        </w:rPr>
        <w:t>Adresse : _______________________________________________________________________</w:t>
      </w:r>
    </w:p>
    <w:p>
      <w:r>
        <w:rPr>
          <w:b w:val="0"/>
          <w:sz w:val="20"/>
        </w:rPr>
        <w:t>Numéro RPPS/Adeli : ________________________________________________________________</w:t>
      </w:r>
    </w:p>
    <w:p>
      <w:r>
        <w:rPr>
          <w:b w:val="0"/>
          <w:sz w:val="20"/>
        </w:rPr>
        <w:t>Numéro de sécurité sociale : _______________________________________________________</w:t>
      </w:r>
    </w:p>
    <w:p/>
    <w:p>
      <w:r>
        <w:rPr>
          <w:b/>
          <w:sz w:val="20"/>
        </w:rPr>
        <w:t>Préambule</w:t>
      </w:r>
    </w:p>
    <w:p>
      <w:r>
        <w:rPr>
          <w:b w:val="0"/>
          <w:sz w:val="20"/>
        </w:rPr>
        <w:t>Le présent avenant a pour objet de modifier certaines dispositions du contrat de remplacement d’infirmier liant les parties, conclu entre l’Établissement de santé et le Remplaçant Infirmier. Les parties conviennent des modifications suivantes en respect du Code de la santé publique et des dispositions légales applicables.</w:t>
      </w:r>
    </w:p>
    <w:p/>
    <w:p>
      <w:r>
        <w:rPr>
          <w:b/>
          <w:sz w:val="20"/>
        </w:rPr>
        <w:t>Article 1 – Objet de l’avenant</w:t>
      </w:r>
    </w:p>
    <w:p>
      <w:r>
        <w:rPr>
          <w:b w:val="0"/>
          <w:sz w:val="20"/>
        </w:rPr>
        <w:t>Le présent avenant a pour objet de compléter/modifier le contrat initial en ce qui concerne les modalités de remplacement, la durée, la rémunération, les conditions d’exercice ainsi que toute autre disposition convenue par les parties.</w:t>
      </w:r>
    </w:p>
    <w:p/>
    <w:p>
      <w:r>
        <w:rPr>
          <w:b/>
          <w:sz w:val="20"/>
        </w:rPr>
        <w:t>Article 2 – Durée du remplacement</w:t>
      </w:r>
    </w:p>
    <w:p>
      <w:r>
        <w:rPr>
          <w:b w:val="0"/>
          <w:sz w:val="20"/>
        </w:rPr>
        <w:t xml:space="preserve">La durée du remplacement est fixée comme suit : </w:t>
        <w:br/>
        <w:t>Début : _______________________________________________________________</w:t>
        <w:br/>
        <w:t>Fin : _________________________________________________________________</w:t>
        <w:br/>
        <w:t>Toute prolongation devra faire l’objet d’un accord écrit préalable entre les parties.</w:t>
      </w:r>
    </w:p>
    <w:p/>
    <w:p>
      <w:r>
        <w:rPr>
          <w:b/>
          <w:sz w:val="20"/>
        </w:rPr>
        <w:t>Article 3 – Lieu d’exercice</w:t>
      </w:r>
    </w:p>
    <w:p>
      <w:r>
        <w:rPr>
          <w:b w:val="0"/>
          <w:sz w:val="20"/>
        </w:rPr>
        <w:t>Le Remplaçant exercera ses fonctions au sein de l’établissement suivant :</w:t>
        <w:br/>
        <w:t>Adresse : __________________________________________________________________________</w:t>
      </w:r>
    </w:p>
    <w:p/>
    <w:p>
      <w:r>
        <w:rPr>
          <w:b/>
          <w:sz w:val="20"/>
        </w:rPr>
        <w:t>Article 4 – Fonctions et missions</w:t>
      </w:r>
    </w:p>
    <w:p>
      <w:r>
        <w:rPr>
          <w:b w:val="0"/>
          <w:sz w:val="20"/>
        </w:rPr>
        <w:t>Le Remplaçant exercera les missions définies dans le contrat initial, incluant mais sans s’y limiter : soins infirmiers, suivi des patients, respect des protocoles en vigueur, et participation aux réunions de service si nécessaire.</w:t>
      </w:r>
    </w:p>
    <w:p/>
    <w:p>
      <w:r>
        <w:rPr>
          <w:b/>
          <w:sz w:val="20"/>
        </w:rPr>
        <w:t>Article 5 – Horaires de travail</w:t>
      </w:r>
    </w:p>
    <w:p>
      <w:r>
        <w:rPr>
          <w:b w:val="0"/>
          <w:sz w:val="20"/>
        </w:rPr>
        <w:t>Les horaires du remplacement sont précisés comme suit :</w:t>
        <w:br/>
        <w:t>Jours travaillés : ________________________________________________________________</w:t>
        <w:br/>
        <w:t>Horaires : ________________________________________________________________________</w:t>
        <w:br/>
        <w:t>Toute modification d’horaires devra être validée par écrit.</w:t>
      </w:r>
    </w:p>
    <w:p/>
    <w:p>
      <w:r>
        <w:rPr>
          <w:b/>
          <w:sz w:val="20"/>
        </w:rPr>
        <w:t>Article 6 – Rémunération</w:t>
      </w:r>
    </w:p>
    <w:p>
      <w:r>
        <w:rPr>
          <w:b w:val="0"/>
          <w:sz w:val="20"/>
        </w:rPr>
        <w:t>Le Remplaçant percevra une rémunération horaire brute de ______________ EUR.</w:t>
        <w:br/>
        <w:t>Le paiement interviendra selon les modalités suivantes : _______________________________</w:t>
        <w:br/>
        <w:t>Les charges sociales et fiscales seront prises en charge conformément à la réglementation en vigueur.</w:t>
      </w:r>
    </w:p>
    <w:p/>
    <w:p>
      <w:r>
        <w:rPr>
          <w:b/>
          <w:sz w:val="20"/>
        </w:rPr>
        <w:t>Article 7 – Conditions d’exercice et obligations</w:t>
      </w:r>
    </w:p>
    <w:p>
      <w:r>
        <w:rPr>
          <w:b w:val="0"/>
          <w:sz w:val="20"/>
        </w:rPr>
        <w:t>Le Remplaçant s’engage à respecter les règles de déontologie, les protocoles médicaux ainsi que toutes les consignes propres à l’établissement. Il devra exercer avec diligence, compétence et confidentialité.</w:t>
        <w:br/>
        <w:t>Le Remplaçant doit être titulaire des diplômes et autorisations nécessaires à l’exercice de la profession.</w:t>
      </w:r>
    </w:p>
    <w:p/>
    <w:p>
      <w:r>
        <w:rPr>
          <w:b/>
          <w:sz w:val="20"/>
        </w:rPr>
        <w:t>Article 8 – Responsabilité et assurance</w:t>
      </w:r>
    </w:p>
    <w:p>
      <w:r>
        <w:rPr>
          <w:b w:val="0"/>
          <w:sz w:val="20"/>
        </w:rPr>
        <w:t>Le Remplaçant est responsable des actes professionnels qu’il accomplit dans le cadre du remplacement.</w:t>
        <w:br/>
        <w:t>Il atteste être couvert par une assurance responsabilité civile professionnelle en cours de validité pendant toute la durée du remplacement.</w:t>
      </w:r>
    </w:p>
    <w:p/>
    <w:p>
      <w:r>
        <w:rPr>
          <w:b/>
          <w:sz w:val="20"/>
        </w:rPr>
        <w:t>Article 9 – Résiliation</w:t>
      </w:r>
    </w:p>
    <w:p>
      <w:r>
        <w:rPr>
          <w:b w:val="0"/>
          <w:sz w:val="20"/>
        </w:rPr>
        <w:t>Le présent avenant peut être résilié par l’une ou l’autre des parties par lettre recommandée avec accusé de réception, moyennant un préavis de ______ jours.</w:t>
        <w:br/>
        <w:t>En cas de manquement grave aux obligations, la résiliation pourra être immédiate.</w:t>
      </w:r>
    </w:p>
    <w:p/>
    <w:p>
      <w:r>
        <w:rPr>
          <w:b/>
          <w:sz w:val="20"/>
        </w:rPr>
        <w:t>Article 10 – Dispositions diverses</w:t>
      </w:r>
    </w:p>
    <w:p>
      <w:r>
        <w:rPr>
          <w:b w:val="0"/>
          <w:sz w:val="20"/>
        </w:rPr>
        <w:t>Les autres clauses du contrat initial non modifiées par le présent avenant demeurent en vigueur.</w:t>
        <w:br/>
        <w:t>Tout litige relatif à l’interprétation ou à l’exécution du présent avenant sera soumis aux juridictions compétentes.</w:t>
      </w:r>
    </w:p>
    <w:p/>
    <w:p/>
    <w:p>
      <w:r>
        <w:rPr>
          <w:b w:val="0"/>
          <w:sz w:val="20"/>
        </w:rPr>
        <w:t>Lieu de signature : _______________________________________________________________</w:t>
      </w:r>
    </w:p>
    <w:p>
      <w:r>
        <w:rPr>
          <w:b/>
          <w:sz w:val="20"/>
        </w:rPr>
        <w:t>Signature des parties :</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ÉTABLISSEMENT DE SANTÉ</w:t>
            </w:r>
          </w:p>
        </w:tc>
        <w:tc>
          <w:tcPr>
            <w:tcW w:type="dxa" w:w="4986"/>
            <w:tcBorders>
              <w:top w:val="nil"/>
              <w:left w:val="nil"/>
              <w:bottom w:val="nil"/>
              <w:right w:val="nil"/>
              <w:insideH w:val="nil"/>
              <w:insideV w:val="nil"/>
            </w:tcBorders>
          </w:tcPr>
          <w:p>
            <w:pPr>
              <w:jc w:val="center"/>
            </w:pPr>
            <w:r>
              <w:t>REMPLAÇANT INFIRMIER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https://juridique-travail.com/modele-avenant-contrat-remplacement-infirmier/</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avenant-contrat-remplacement-infirmier/"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