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AVENANT AU CONTRAT DE TRAVAIL</w:t>
      </w:r>
    </w:p>
    <w:p>
      <w:pPr>
        <w:jc w:val="center"/>
      </w:pPr>
      <w:r>
        <w:rPr>
          <w:b/>
          <w:sz w:val="20"/>
        </w:rPr>
        <w:t>MODIFICATION DE POSTE</w:t>
      </w:r>
    </w:p>
    <w:p/>
    <w:p/>
    <w:p>
      <w:r>
        <w:rPr>
          <w:b/>
          <w:sz w:val="20"/>
        </w:rPr>
        <w:t>Entre les soussignés :</w:t>
      </w:r>
    </w:p>
    <w:p>
      <w:r>
        <w:rPr>
          <w:b w:val="0"/>
          <w:sz w:val="20"/>
        </w:rPr>
        <w:t>L’Employeur : _____________________________________________________________</w:t>
      </w:r>
    </w:p>
    <w:p>
      <w:r>
        <w:rPr>
          <w:b w:val="0"/>
          <w:sz w:val="20"/>
        </w:rPr>
        <w:t>Adresse : _________________________________________________________________</w:t>
      </w:r>
    </w:p>
    <w:p>
      <w:r>
        <w:rPr>
          <w:b w:val="0"/>
          <w:sz w:val="20"/>
        </w:rPr>
        <w:t>Représenté par : __________________________________________________________</w:t>
      </w:r>
    </w:p>
    <w:p/>
    <w:p>
      <w:r>
        <w:rPr>
          <w:b/>
          <w:sz w:val="20"/>
        </w:rPr>
        <w:t>Et</w:t>
      </w:r>
    </w:p>
    <w:p>
      <w:r>
        <w:rPr>
          <w:b w:val="0"/>
          <w:sz w:val="20"/>
        </w:rPr>
        <w:t>Le Salarié : _______________________________________________________________</w:t>
      </w:r>
    </w:p>
    <w:p>
      <w:r>
        <w:rPr>
          <w:b w:val="0"/>
          <w:sz w:val="20"/>
        </w:rPr>
        <w:t>Adresse : _________________________________________________________________</w:t>
      </w:r>
    </w:p>
    <w:p>
      <w:r>
        <w:rPr>
          <w:b w:val="0"/>
          <w:sz w:val="20"/>
        </w:rPr>
        <w:t>Embauché(e) en qualité de : ________________________________________________</w:t>
      </w:r>
    </w:p>
    <w:p/>
    <w:p>
      <w:r>
        <w:rPr>
          <w:b/>
          <w:sz w:val="20"/>
        </w:rPr>
        <w:t>Il a été convenu ce qui suit :</w:t>
      </w:r>
    </w:p>
    <w:p/>
    <w:p>
      <w:r>
        <w:rPr>
          <w:b/>
          <w:sz w:val="20"/>
        </w:rPr>
        <w:t>Article 1 – Objet de l’avenant</w:t>
      </w:r>
    </w:p>
    <w:p>
      <w:r>
        <w:rPr>
          <w:b w:val="0"/>
          <w:sz w:val="20"/>
        </w:rPr>
        <w:t>Le présent avenant a pour objet de modifier le poste occupé par le salarié dans le cadre du contrat de travail initial. Cette modification intervient d’un commun accord entre les parties et sans rupture du contrat de travail.</w:t>
      </w:r>
    </w:p>
    <w:p/>
    <w:p>
      <w:r>
        <w:rPr>
          <w:b/>
          <w:sz w:val="20"/>
        </w:rPr>
        <w:t>Article 2 – Nouveau poste et fonctions</w:t>
      </w:r>
    </w:p>
    <w:p>
      <w:r>
        <w:rPr>
          <w:b w:val="0"/>
          <w:sz w:val="20"/>
        </w:rPr>
        <w:t>À compter de la date de signature du présent avenant, le salarié exercera les fonctions suivantes :</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Article 3 – Lieu de travail</w:t>
      </w:r>
    </w:p>
    <w:p>
      <w:r>
        <w:rPr>
          <w:b w:val="0"/>
          <w:sz w:val="20"/>
        </w:rPr>
        <w:t>Le lieu d’exécution du travail est modifié/modifiable comme suit :</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Article 4 – Rémunération</w:t>
      </w:r>
    </w:p>
    <w:p>
      <w:r>
        <w:rPr>
          <w:b w:val="0"/>
          <w:sz w:val="20"/>
        </w:rPr>
        <w:t>En conséquence de la modification du poste, la rémunération mensuelle brute sera modifiée comme suit :</w:t>
      </w:r>
    </w:p>
    <w:p>
      <w:r>
        <w:rPr>
          <w:b w:val="0"/>
          <w:sz w:val="20"/>
        </w:rPr>
        <w:t>Nouveau salaire brut mensuel : _______________ EUR</w:t>
      </w:r>
    </w:p>
    <w:p>
      <w:r>
        <w:rPr>
          <w:b w:val="0"/>
          <w:sz w:val="20"/>
        </w:rPr>
        <w:t>Cette rémunération prendra effet à compter du : _______________________________</w:t>
      </w:r>
    </w:p>
    <w:p/>
    <w:p>
      <w:r>
        <w:rPr>
          <w:b/>
          <w:sz w:val="20"/>
        </w:rPr>
        <w:t>Article 5 – Horaires de travail</w:t>
      </w:r>
    </w:p>
    <w:p>
      <w:r>
        <w:rPr>
          <w:b w:val="0"/>
          <w:sz w:val="20"/>
        </w:rPr>
        <w:t>Les horaires de travail applicables au nouveau poste sont les suivants :</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Article 6 – Durée de l’avenant</w:t>
      </w:r>
    </w:p>
    <w:p>
      <w:r>
        <w:rPr>
          <w:b w:val="0"/>
          <w:sz w:val="20"/>
        </w:rPr>
        <w:t>Le présent avenant est conclu pour une durée :</w:t>
      </w:r>
    </w:p>
    <w:p>
      <w:r>
        <w:rPr>
          <w:b w:val="0"/>
          <w:sz w:val="20"/>
        </w:rPr>
        <w:t>□ Indéterminée</w:t>
      </w:r>
    </w:p>
    <w:p>
      <w:r>
        <w:rPr>
          <w:b w:val="0"/>
          <w:sz w:val="20"/>
        </w:rPr>
        <w:t>□ Déterminée, à compter du _________________ jusqu’au _________________</w:t>
      </w:r>
    </w:p>
    <w:p/>
    <w:p>
      <w:r>
        <w:rPr>
          <w:b/>
          <w:sz w:val="20"/>
        </w:rPr>
        <w:t>Article 7 – Dispositions diverses</w:t>
      </w:r>
    </w:p>
    <w:p>
      <w:r>
        <w:rPr>
          <w:b w:val="0"/>
          <w:sz w:val="20"/>
        </w:rPr>
        <w:t>Le présent avenant complète le contrat de travail initial auquel il est annexé. Toutes les autres clauses du contrat de travail restent inchangées et en vigueur.</w:t>
      </w:r>
    </w:p>
    <w:p>
      <w:r>
        <w:rPr>
          <w:b w:val="0"/>
          <w:sz w:val="20"/>
        </w:rPr>
        <w:t>Le salarié déclare avoir pris connaissance des modifications, les accepter et s’engage à en respecter les termes.</w:t>
      </w:r>
    </w:p>
    <w:p/>
    <w:p/>
    <w:p>
      <w:r>
        <w:rPr>
          <w:b w:val="0"/>
          <w:sz w:val="20"/>
        </w:rPr>
        <w:t>Fait à : _________________________________________</w:t>
      </w:r>
    </w:p>
    <w:p>
      <w:r>
        <w:rPr>
          <w:b w:val="0"/>
          <w:sz w:val="20"/>
        </w:rPr>
        <w:t>Le :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LE SALARIÉ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w:t>
            </w:r>
          </w:p>
        </w:tc>
        <w:tc>
          <w:tcPr>
            <w:tcW w:type="dxa" w:w="4986"/>
            <w:tcBorders>
              <w:top w:val="nil"/>
              <w:left w:val="nil"/>
              <w:bottom w:val="nil"/>
              <w:right w:val="nil"/>
              <w:insideH w:val="nil"/>
              <w:insideV w:val="nil"/>
            </w:tcBorders>
          </w:tcPr>
          <w:p>
            <w:pPr>
              <w:jc w:val="center"/>
            </w:pPr>
            <w:r>
              <w:t>Nom : 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https://juridique-travail.com/modele-avenant-changement-de-poste/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avenant-changement-de-post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