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AVENANT AU BAIL PROFESSIONNEL</w:t>
      </w:r>
    </w:p>
    <w:p/>
    <w:p>
      <w:r>
        <w:rPr>
          <w:b/>
          <w:sz w:val="20"/>
        </w:rPr>
        <w:t>ENTRE LES SOUSSIGNÉS :</w:t>
      </w:r>
    </w:p>
    <w:p>
      <w:r>
        <w:rPr>
          <w:b w:val="0"/>
          <w:sz w:val="20"/>
        </w:rPr>
        <w:t>Le Bailleur :</w:t>
      </w:r>
    </w:p>
    <w:p>
      <w:r>
        <w:rPr>
          <w:b w:val="0"/>
          <w:sz w:val="20"/>
        </w:rPr>
        <w:t>Nom / Raison sociale : ______________________________________________</w:t>
      </w:r>
    </w:p>
    <w:p>
      <w:r>
        <w:rPr>
          <w:b w:val="0"/>
          <w:sz w:val="20"/>
        </w:rPr>
        <w:t>Adresse : ____________________________________________________________</w:t>
      </w:r>
    </w:p>
    <w:p>
      <w:r>
        <w:rPr>
          <w:b w:val="0"/>
          <w:sz w:val="20"/>
        </w:rPr>
        <w:t>Représenté par : _____________________________________________________</w:t>
      </w:r>
    </w:p>
    <w:p>
      <w:r>
        <w:rPr>
          <w:b w:val="0"/>
          <w:sz w:val="20"/>
        </w:rPr>
        <w:t>Ci-après désigné « le Bailleur »</w:t>
      </w:r>
    </w:p>
    <w:p/>
    <w:p>
      <w:r>
        <w:rPr>
          <w:b w:val="0"/>
          <w:sz w:val="20"/>
        </w:rPr>
        <w:t>Le Preneur :</w:t>
      </w:r>
    </w:p>
    <w:p>
      <w:r>
        <w:rPr>
          <w:b w:val="0"/>
          <w:sz w:val="20"/>
        </w:rPr>
        <w:t>Nom / Raison sociale : ______________________________________________</w:t>
      </w:r>
    </w:p>
    <w:p>
      <w:r>
        <w:rPr>
          <w:b w:val="0"/>
          <w:sz w:val="20"/>
        </w:rPr>
        <w:t>Adresse : ____________________________________________________________</w:t>
      </w:r>
    </w:p>
    <w:p>
      <w:r>
        <w:rPr>
          <w:b w:val="0"/>
          <w:sz w:val="20"/>
        </w:rPr>
        <w:t>Représenté par : _____________________________________________________</w:t>
      </w:r>
    </w:p>
    <w:p>
      <w:r>
        <w:rPr>
          <w:b w:val="0"/>
          <w:sz w:val="20"/>
        </w:rPr>
        <w:t>Ci-après désigné « le Preneur »</w:t>
      </w:r>
    </w:p>
    <w:p/>
    <w:p>
      <w:r>
        <w:rPr>
          <w:b/>
          <w:sz w:val="20"/>
        </w:rPr>
        <w:t>Il a été convenu ce qui suit :</w:t>
      </w:r>
    </w:p>
    <w:p/>
    <w:p>
      <w:r>
        <w:rPr>
          <w:b/>
          <w:sz w:val="20"/>
        </w:rPr>
        <w:t>Référence du bail initial :</w:t>
      </w:r>
    </w:p>
    <w:p>
      <w:r>
        <w:rPr>
          <w:b w:val="0"/>
          <w:sz w:val="20"/>
        </w:rPr>
        <w:t>Bail professionnel signé en date du ___________________________________</w:t>
      </w:r>
    </w:p>
    <w:p>
      <w:r>
        <w:rPr>
          <w:b w:val="0"/>
          <w:sz w:val="20"/>
        </w:rPr>
        <w:t>Pour le local situé à : ________________________________________________</w:t>
      </w:r>
    </w:p>
    <w:p/>
    <w:p>
      <w:r>
        <w:rPr>
          <w:b/>
          <w:sz w:val="20"/>
        </w:rPr>
        <w:t>Article 1 – Objet de l’avenant</w:t>
      </w:r>
    </w:p>
    <w:p>
      <w:r>
        <w:rPr>
          <w:b w:val="0"/>
          <w:sz w:val="20"/>
        </w:rPr>
        <w:t>Le présent avenant a pour objet de modifier certaines clauses du bail professionnel susmentionné,</w:t>
      </w:r>
    </w:p>
    <w:p>
      <w:r>
        <w:rPr>
          <w:b w:val="0"/>
          <w:sz w:val="20"/>
        </w:rPr>
        <w:t>conformément aux dispositions légales en vigueur et aux accords des parties.</w:t>
      </w:r>
    </w:p>
    <w:p/>
    <w:p>
      <w:r>
        <w:rPr>
          <w:b/>
          <w:sz w:val="20"/>
        </w:rPr>
        <w:t>Article 2 – Durée du bail</w:t>
      </w:r>
    </w:p>
    <w:p>
      <w:r>
        <w:rPr>
          <w:b w:val="0"/>
          <w:sz w:val="20"/>
        </w:rPr>
        <w:t>La durée du bail est modifiée comme suit :</w:t>
      </w:r>
    </w:p>
    <w:p>
      <w:r>
        <w:rPr>
          <w:b w:val="0"/>
          <w:sz w:val="20"/>
        </w:rPr>
        <w:t>Le nouveau terme est fixé au : _________________________________________</w:t>
      </w:r>
    </w:p>
    <w:p>
      <w:r>
        <w:rPr>
          <w:b w:val="0"/>
          <w:sz w:val="20"/>
        </w:rPr>
        <w:t>Sous réserve des dispositions légales applicables.</w:t>
      </w:r>
    </w:p>
    <w:p/>
    <w:p>
      <w:r>
        <w:rPr>
          <w:b/>
          <w:sz w:val="20"/>
        </w:rPr>
        <w:t>Article 3 – Loyer et charges</w:t>
      </w:r>
    </w:p>
    <w:p>
      <w:r>
        <w:rPr>
          <w:b w:val="0"/>
          <w:sz w:val="20"/>
        </w:rPr>
        <w:t>Le montant du loyer est révisé comme suit :</w:t>
      </w:r>
    </w:p>
    <w:p>
      <w:r>
        <w:rPr>
          <w:b w:val="0"/>
          <w:sz w:val="20"/>
        </w:rPr>
        <w:t>Loyer mensuel hors charges : _________________ EUR</w:t>
      </w:r>
    </w:p>
    <w:p>
      <w:r>
        <w:rPr>
          <w:b w:val="0"/>
          <w:sz w:val="20"/>
        </w:rPr>
        <w:t>Modalités de paiement : ________________________________________________</w:t>
      </w:r>
    </w:p>
    <w:p>
      <w:r>
        <w:rPr>
          <w:b w:val="0"/>
          <w:sz w:val="20"/>
        </w:rPr>
        <w:t>Les charges récupérables sont fixées à : _________________ EUR par mois</w:t>
      </w:r>
    </w:p>
    <w:p>
      <w:r>
        <w:rPr>
          <w:b w:val="0"/>
          <w:sz w:val="20"/>
        </w:rPr>
        <w:t>Les modalités de régularisation seront effectuées conformément au bail initial.</w:t>
      </w:r>
    </w:p>
    <w:p/>
    <w:p>
      <w:r>
        <w:rPr>
          <w:b/>
          <w:sz w:val="20"/>
        </w:rPr>
        <w:t>Article 4 – Destination des locaux</w:t>
      </w:r>
    </w:p>
    <w:p>
      <w:r>
        <w:rPr>
          <w:b w:val="0"/>
          <w:sz w:val="20"/>
        </w:rPr>
        <w:t>La destination des locaux est modifiée comme suit 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Le Preneur s’engage à respecter cette destination conformément aux dispositions légales.</w:t>
      </w:r>
    </w:p>
    <w:p/>
    <w:p>
      <w:r>
        <w:rPr>
          <w:b/>
          <w:sz w:val="20"/>
        </w:rPr>
        <w:t>Article 5 – Travaux et aménagements</w:t>
      </w:r>
    </w:p>
    <w:p>
      <w:r>
        <w:rPr>
          <w:b w:val="0"/>
          <w:sz w:val="20"/>
        </w:rPr>
        <w:t>Les travaux suivants sont autorisés / convenus par les parties 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Les conditions d’exécution, prise en charge et remise en état sont précisées conformément au bail.</w:t>
      </w:r>
    </w:p>
    <w:p/>
    <w:p>
      <w:r>
        <w:rPr>
          <w:b/>
          <w:sz w:val="20"/>
        </w:rPr>
        <w:t>Article 6 – Garanties</w:t>
      </w:r>
    </w:p>
    <w:p>
      <w:r>
        <w:rPr>
          <w:b w:val="0"/>
          <w:sz w:val="20"/>
        </w:rPr>
        <w:t>Les modalités des garanties financières relatives au bail sont modifiées comme suit :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Article 7 – Autres modifications</w:t>
      </w:r>
    </w:p>
    <w:p>
      <w:r>
        <w:rPr>
          <w:b w:val="0"/>
          <w:sz w:val="20"/>
        </w:rPr>
        <w:t>Toutes autres clauses modifiées ou ajoutées par le présent avenant 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Article 8 – Dispositions finales</w:t>
      </w:r>
    </w:p>
    <w:p>
      <w:r>
        <w:rPr>
          <w:b w:val="0"/>
          <w:sz w:val="20"/>
        </w:rPr>
        <w:t>Toutes les autres clauses du bail initial non modifiées par le présent avenant demeurent inchangées et</w:t>
      </w:r>
    </w:p>
    <w:p>
      <w:r>
        <w:rPr>
          <w:b w:val="0"/>
          <w:sz w:val="20"/>
        </w:rPr>
        <w:t>continuent de s’appliquer entre les parties.</w:t>
      </w:r>
    </w:p>
    <w:p/>
    <w:p>
      <w:r>
        <w:rPr>
          <w:b w:val="0"/>
          <w:sz w:val="20"/>
        </w:rPr>
        <w:t>Fait en deux exemplaires originaux, à ___________________, le 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BAILLEUR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PRENEUR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qualité 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qualité : 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https://juridique-travail.com/modele-avenant-bail-professionnel/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avenant-bail-professionnel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