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TÉMOIN D’ACCIDENT DU TRAVAIL</w:t>
      </w:r>
    </w:p>
    <w:p/>
    <w:p/>
    <w:p>
      <w:r>
        <w:rPr>
          <w:b w:val="0"/>
          <w:sz w:val="20"/>
        </w:rPr>
        <w:t>Je soussigné(e), déclare avoir été témoin de l’accident du travail dont a été victime :</w:t>
      </w:r>
    </w:p>
    <w:p/>
    <w:p>
      <w:r>
        <w:rPr>
          <w:b w:val="0"/>
          <w:sz w:val="20"/>
        </w:rPr>
        <w:t>Nom et prénom de la victime : _____________________________________________</w:t>
      </w:r>
    </w:p>
    <w:p>
      <w:r>
        <w:rPr>
          <w:b w:val="0"/>
          <w:sz w:val="20"/>
        </w:rPr>
        <w:t>Date et lieu de naissance : _______________________________________________</w:t>
      </w:r>
    </w:p>
    <w:p>
      <w:r>
        <w:rPr>
          <w:b w:val="0"/>
          <w:sz w:val="20"/>
        </w:rPr>
        <w:t>Adresse complète : ______________________________________________________</w:t>
      </w:r>
    </w:p>
    <w:p>
      <w:r>
        <w:rPr>
          <w:b w:val="0"/>
          <w:sz w:val="20"/>
        </w:rPr>
        <w:t>Profession exercée au moment de l’accident : ______________________________</w:t>
      </w:r>
    </w:p>
    <w:p/>
    <w:p>
      <w:r>
        <w:rPr>
          <w:b w:val="0"/>
          <w:sz w:val="20"/>
        </w:rPr>
        <w:t>Date de l’accident : _________________________________________________</w:t>
      </w:r>
    </w:p>
    <w:p>
      <w:r>
        <w:rPr>
          <w:b w:val="0"/>
          <w:sz w:val="20"/>
        </w:rPr>
        <w:t>Lieu exact de l’accident : _____________________________________________</w:t>
      </w:r>
    </w:p>
    <w:p>
      <w:r>
        <w:rPr>
          <w:b w:val="0"/>
          <w:sz w:val="20"/>
        </w:rPr>
        <w:t>Description précise des circonstances de l’accident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 w:val="0"/>
          <w:sz w:val="20"/>
        </w:rPr>
        <w:t>J’atteste sur l’honneur la véracité des faits décrits ci-dessus et confirme avoir été témoin direct de l’accident.</w:t>
      </w:r>
    </w:p>
    <w:p/>
    <w:p/>
    <w:p>
      <w:r>
        <w:rPr>
          <w:b/>
          <w:sz w:val="20"/>
        </w:rPr>
        <w:t>Données du témoin :</w:t>
      </w:r>
    </w:p>
    <w:p>
      <w:r>
        <w:rPr>
          <w:b w:val="0"/>
          <w:sz w:val="20"/>
        </w:rPr>
        <w:t>Nom et prénom : ___________________________________________________________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_______________________________________________</w:t>
      </w:r>
    </w:p>
    <w:p>
      <w:r>
        <w:rPr>
          <w:b w:val="0"/>
          <w:sz w:val="20"/>
        </w:rPr>
        <w:t>Adresse complète : ______________________________________________________</w:t>
      </w:r>
    </w:p>
    <w:p>
      <w:r>
        <w:rPr>
          <w:b w:val="0"/>
          <w:sz w:val="20"/>
        </w:rPr>
        <w:t>Profession : _____________________________________________________________</w:t>
      </w:r>
    </w:p>
    <w:p>
      <w:r>
        <w:rPr>
          <w:b w:val="0"/>
          <w:sz w:val="20"/>
        </w:rPr>
        <w:t>Lien avec la victime (collègue, supérieur hiérarchique, autre) : _____________</w:t>
      </w:r>
    </w:p>
    <w:p/>
    <w:p>
      <w:r>
        <w:rPr>
          <w:b w:val="0"/>
          <w:sz w:val="20"/>
        </w:rPr>
        <w:t>Je m’engage à collaborer, si nécessaire, avec les services compétents dans le cadre de l’enquête relative à cet accident.</w:t>
      </w:r>
    </w:p>
    <w:p/>
    <w:p/>
    <w:p>
      <w:r>
        <w:rPr>
          <w:b w:val="0"/>
          <w:sz w:val="20"/>
        </w:rPr>
        <w:t>Fait à : __________________________________________</w:t>
      </w:r>
    </w:p>
    <w:p>
      <w:r>
        <w:rPr>
          <w:b w:val="0"/>
          <w:sz w:val="20"/>
        </w:rPr>
        <w:t>Le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du témoin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https://juridique-travail.com/modele-attestation-temoin-accident-du-travail/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attestation-temoin-accident-du-travail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