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SERVITUDE DE PASSAGE</w:t>
      </w:r>
    </w:p>
    <w:p/>
    <w:p>
      <w:r>
        <w:rPr>
          <w:b w:val="0"/>
          <w:sz w:val="20"/>
        </w:rPr>
        <w:t>Je soussigné(e), ____________________________, demeurant à ___________________________________________________, certifie par la présente :</w:t>
      </w:r>
    </w:p>
    <w:p/>
    <w:p>
      <w:r>
        <w:rPr>
          <w:b/>
          <w:sz w:val="20"/>
        </w:rPr>
        <w:t>Données relatives au fonds servant :</w:t>
      </w:r>
    </w:p>
    <w:p>
      <w:r>
        <w:rPr>
          <w:b w:val="0"/>
          <w:sz w:val="20"/>
        </w:rPr>
        <w:t>Nom et prénom du propriétaire : ________________________________________________</w:t>
      </w:r>
    </w:p>
    <w:p>
      <w:r>
        <w:rPr>
          <w:b w:val="0"/>
          <w:sz w:val="20"/>
        </w:rPr>
        <w:t>Adresse complète : ____________________________________________________________</w:t>
      </w:r>
    </w:p>
    <w:p>
      <w:r>
        <w:rPr>
          <w:b w:val="0"/>
          <w:sz w:val="20"/>
        </w:rPr>
        <w:t>Description cadastrale du fonds servant : _______________________________________</w:t>
      </w:r>
    </w:p>
    <w:p/>
    <w:p>
      <w:r>
        <w:rPr>
          <w:b/>
          <w:sz w:val="20"/>
        </w:rPr>
        <w:t>Données relatives au fonds dominant :</w:t>
      </w:r>
    </w:p>
    <w:p>
      <w:r>
        <w:rPr>
          <w:b w:val="0"/>
          <w:sz w:val="20"/>
        </w:rPr>
        <w:t>Nom et prénom du bénéficiaire : _________________________________________________</w:t>
      </w:r>
    </w:p>
    <w:p>
      <w:r>
        <w:rPr>
          <w:b w:val="0"/>
          <w:sz w:val="20"/>
        </w:rPr>
        <w:t>Adresse complète : ____________________________________________________________</w:t>
      </w:r>
    </w:p>
    <w:p>
      <w:r>
        <w:rPr>
          <w:b w:val="0"/>
          <w:sz w:val="20"/>
        </w:rPr>
        <w:t>Description cadastrale du fonds dominant : _______________________________________</w:t>
      </w:r>
    </w:p>
    <w:p/>
    <w:p>
      <w:r>
        <w:rPr>
          <w:b/>
          <w:sz w:val="20"/>
        </w:rPr>
        <w:t>Objet de la servitude :</w:t>
      </w:r>
    </w:p>
    <w:p>
      <w:r>
        <w:rPr>
          <w:b w:val="0"/>
          <w:sz w:val="20"/>
        </w:rPr>
        <w:t>La présente attestation concerne une servitude de passage accordée au fonds dominant sur le fonds servant, conformément aux dispositions du Code civil français.</w:t>
      </w:r>
    </w:p>
    <w:p>
      <w:r>
        <w:rPr>
          <w:b w:val="0"/>
          <w:sz w:val="20"/>
        </w:rPr>
        <w:t>Cette servitude a pour objet de permettre au propriétaire du fonds dominant, ses ayants droit et ayants cause, d'accéder librement à leur propriété par le chemin défini ci-dessous.</w:t>
      </w:r>
    </w:p>
    <w:p/>
    <w:p>
      <w:r>
        <w:rPr>
          <w:b/>
          <w:sz w:val="20"/>
        </w:rPr>
        <w:t>Description du passage :</w:t>
      </w:r>
    </w:p>
    <w:p>
      <w:r>
        <w:rPr>
          <w:b w:val="0"/>
          <w:sz w:val="20"/>
        </w:rPr>
        <w:t>Localisation précise du passage : _______________________________________________________________</w:t>
      </w:r>
    </w:p>
    <w:p>
      <w:r>
        <w:rPr>
          <w:b w:val="0"/>
          <w:sz w:val="20"/>
        </w:rPr>
        <w:t>Largeur et caractéristiques du chemin de servitude : ______________________________________________</w:t>
      </w:r>
    </w:p>
    <w:p>
      <w:r>
        <w:rPr>
          <w:b w:val="0"/>
          <w:sz w:val="20"/>
        </w:rPr>
        <w:t>Nature de l’usage autorisé (piéton, véhicule, etc.) : ________________________________________________</w:t>
      </w:r>
    </w:p>
    <w:p/>
    <w:p>
      <w:r>
        <w:rPr>
          <w:b/>
          <w:sz w:val="20"/>
        </w:rPr>
        <w:t>Conditions d’usage de la servitude :</w:t>
      </w:r>
    </w:p>
    <w:p>
      <w:r>
        <w:rPr>
          <w:b w:val="0"/>
          <w:sz w:val="20"/>
        </w:rPr>
        <w:t>1. Le passage est accordé à titre permanent et non exclusif.</w:t>
      </w:r>
    </w:p>
    <w:p>
      <w:r>
        <w:rPr>
          <w:b w:val="0"/>
          <w:sz w:val="20"/>
        </w:rPr>
        <w:t>2. Le fonds dominant est tenu d’utiliser la servitude dans le respect de la propriété du fonds servant.</w:t>
      </w:r>
    </w:p>
    <w:p>
      <w:r>
        <w:rPr>
          <w:b w:val="0"/>
          <w:sz w:val="20"/>
        </w:rPr>
        <w:t>3. Le bénéficiaire s’engage à maintenir le chemin en état d’usage normal, sans causer de dommages au fonds servant.</w:t>
      </w:r>
    </w:p>
    <w:p>
      <w:r>
        <w:rPr>
          <w:b w:val="0"/>
          <w:sz w:val="20"/>
        </w:rPr>
        <w:t>4. Toute modification substantielle du chemin doit faire l’objet d’un accord préalable écrit entre les parties.</w:t>
      </w:r>
    </w:p>
    <w:p/>
    <w:p>
      <w:r>
        <w:rPr>
          <w:b/>
          <w:sz w:val="20"/>
        </w:rPr>
        <w:t>Charges et entretien :</w:t>
      </w:r>
    </w:p>
    <w:p>
      <w:r>
        <w:rPr>
          <w:b w:val="0"/>
          <w:sz w:val="20"/>
        </w:rPr>
        <w:t>Le bénéficiaire de la servitude assume les frais d’entretien courant du chemin de passage, sans préjudice des réparations importantes qui restent à la charge du propriétaire du fonds servant conformément à la loi.</w:t>
      </w:r>
    </w:p>
    <w:p/>
    <w:p>
      <w:r>
        <w:rPr>
          <w:b/>
          <w:sz w:val="20"/>
        </w:rPr>
        <w:t>Durée et opposabilité :</w:t>
      </w:r>
    </w:p>
    <w:p>
      <w:r>
        <w:rPr>
          <w:b w:val="0"/>
          <w:sz w:val="20"/>
        </w:rPr>
        <w:t>La présente servitude est établie pour une durée illimitée, attachée aux propriétés respectives (fonds servant et fonds dominant) et opposable aux héritiers, ayants cause et tout tiers.</w:t>
      </w:r>
    </w:p>
    <w:p/>
    <w:p>
      <w:r>
        <w:rPr>
          <w:b/>
          <w:sz w:val="20"/>
        </w:rPr>
        <w:t>Clause de non-renonciation :</w:t>
      </w:r>
    </w:p>
    <w:p>
      <w:r>
        <w:rPr>
          <w:b w:val="0"/>
          <w:sz w:val="20"/>
        </w:rPr>
        <w:t>Le propriétaire du fonds servant ne pourra renoncer à cette servitude que par acte notarié et conformément aux dispositions légales en vigueur.</w:t>
      </w:r>
    </w:p>
    <w:p/>
    <w:p>
      <w:r>
        <w:rPr>
          <w:b/>
          <w:sz w:val="20"/>
        </w:rPr>
        <w:t>Règlement amiable des différends :</w:t>
      </w:r>
    </w:p>
    <w:p>
      <w:r>
        <w:rPr>
          <w:b w:val="0"/>
          <w:sz w:val="20"/>
        </w:rPr>
        <w:t>En cas de litige relatif à l’exercice de la servitude, les parties s’engagent à privilégier une résolution amiable avant toute action judiciaire.</w:t>
      </w:r>
    </w:p>
    <w:p/>
    <w:p/>
    <w:p>
      <w:r>
        <w:rPr>
          <w:b w:val="0"/>
          <w:sz w:val="20"/>
        </w:rPr>
        <w:t>Lieu : ____________________________________________________________</w:t>
      </w:r>
    </w:p>
    <w:p>
      <w:r>
        <w:rPr>
          <w:b w:val="0"/>
          <w:sz w:val="20"/>
        </w:rPr>
        <w:t>Signature du propriétaire du fonds servant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Propriétaire du fonds servant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Bénéficiaire de la servitude (propriétaire du fonds dominant)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https://juridique-travail.com/modele-attestation-servitude-de-passage/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attestation-servitude-de-passag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