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D’EMPLOYEUR DE CONDUITE SANS ACCIDENT</w:t>
      </w:r>
    </w:p>
    <w:p/>
    <w:p/>
    <w:p>
      <w:r>
        <w:rPr>
          <w:b/>
          <w:sz w:val="20"/>
        </w:rPr>
        <w:t>Je soussigné(e),</w:t>
      </w:r>
    </w:p>
    <w:p>
      <w:r>
        <w:rPr>
          <w:b w:val="0"/>
          <w:sz w:val="20"/>
        </w:rPr>
        <w:t>Nom et prénom : ______________________________________________________</w:t>
      </w:r>
    </w:p>
    <w:p>
      <w:r>
        <w:rPr>
          <w:b w:val="0"/>
          <w:sz w:val="20"/>
        </w:rPr>
        <w:t>Fonction : ____________________________________________________________</w:t>
      </w:r>
    </w:p>
    <w:p>
      <w:r>
        <w:rPr>
          <w:b w:val="0"/>
          <w:sz w:val="20"/>
        </w:rPr>
        <w:t>Société : 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Numéro SIRET : ________________________________________________________</w:t>
      </w:r>
    </w:p>
    <w:p/>
    <w:p>
      <w:r>
        <w:rPr>
          <w:b/>
          <w:sz w:val="20"/>
        </w:rPr>
        <w:t>Atteste par la présente que :</w:t>
      </w:r>
    </w:p>
    <w:p>
      <w:r>
        <w:rPr>
          <w:b w:val="0"/>
          <w:sz w:val="20"/>
        </w:rPr>
        <w:t>Nom et prénom de l’employé(e) : _______________________________________</w:t>
      </w:r>
    </w:p>
    <w:p>
      <w:r>
        <w:rPr>
          <w:b w:val="0"/>
          <w:sz w:val="20"/>
        </w:rPr>
        <w:t>Poste occupé : ________________________________________________________</w:t>
      </w:r>
    </w:p>
    <w:p>
      <w:r>
        <w:rPr>
          <w:b w:val="0"/>
          <w:sz w:val="20"/>
        </w:rPr>
        <w:t>Durée de l’emploi au sein de la société : _______________________________</w:t>
      </w:r>
    </w:p>
    <w:p>
      <w:r>
        <w:rPr>
          <w:b w:val="0"/>
          <w:sz w:val="20"/>
        </w:rPr>
        <w:t>A exercé la conduite de véhicules professionnels dans le cadre de ses fonctions,</w:t>
      </w:r>
    </w:p>
    <w:p>
      <w:r>
        <w:rPr>
          <w:b w:val="0"/>
          <w:sz w:val="20"/>
        </w:rPr>
        <w:t>et ce, sans aucun accident responsable ou en lien avec la conduite professionnelle.</w:t>
      </w:r>
    </w:p>
    <w:p/>
    <w:p>
      <w:r>
        <w:rPr>
          <w:b/>
          <w:sz w:val="20"/>
        </w:rPr>
        <w:t>Cette attestation est délivrée à la demande de l’intéressé(e)</w:t>
      </w:r>
    </w:p>
    <w:p>
      <w:r>
        <w:rPr>
          <w:b w:val="0"/>
          <w:sz w:val="20"/>
        </w:rPr>
        <w:t>et peut être utilisée dans le cadre de la gestion de son dossier personnel ou professionnel.</w:t>
      </w:r>
    </w:p>
    <w:p/>
    <w:p>
      <w:r>
        <w:rPr>
          <w:b/>
          <w:sz w:val="20"/>
        </w:rPr>
        <w:t>Cette attestation est conforme aux dispositions légales et réglementaires en vigueur en France.</w:t>
      </w:r>
    </w:p>
    <w:p/>
    <w:p/>
    <w:p>
      <w:r>
        <w:rPr>
          <w:b w:val="0"/>
          <w:sz w:val="20"/>
        </w:rPr>
        <w:t>Fait à : ________________________________________________________________</w:t>
      </w:r>
    </w:p>
    <w:p>
      <w:r>
        <w:rPr>
          <w:b w:val="0"/>
          <w:sz w:val="20"/>
        </w:rPr>
        <w:t>Le : 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 / REPRÉSENTANT LÉGAL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L’EMPLOYÉ(E)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https://juridique-travail.com/modele-attestation-employeur-conduite-sans-accident/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ttestation-employeur-conduite-sans-accident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