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DE FIN DE CONTRAT</w:t>
      </w:r>
    </w:p>
    <w:p/>
    <w:p/>
    <w:p>
      <w:r>
        <w:rPr>
          <w:b w:val="0"/>
          <w:sz w:val="20"/>
        </w:rPr>
        <w:t>Je soussigné(e), ___________________________________________________________,</w:t>
      </w:r>
    </w:p>
    <w:p>
      <w:r>
        <w:rPr>
          <w:b w:val="0"/>
          <w:sz w:val="20"/>
        </w:rPr>
        <w:t>agissant en qualité de ___________________________________________________,</w:t>
      </w:r>
    </w:p>
    <w:p>
      <w:r>
        <w:rPr>
          <w:b w:val="0"/>
          <w:sz w:val="20"/>
        </w:rPr>
        <w:t>certifie par la présente que le contrat de travail établi entre :</w:t>
      </w:r>
    </w:p>
    <w:p/>
    <w:p>
      <w:r>
        <w:rPr>
          <w:b/>
          <w:sz w:val="20"/>
        </w:rPr>
        <w:t>Employeur :</w:t>
      </w:r>
    </w:p>
    <w:p>
      <w:r>
        <w:rPr>
          <w:b w:val="0"/>
          <w:sz w:val="20"/>
        </w:rPr>
        <w:t>Nom ou Raison sociale : ________________________________________________</w:t>
      </w:r>
    </w:p>
    <w:p>
      <w:r>
        <w:rPr>
          <w:b w:val="0"/>
          <w:sz w:val="20"/>
        </w:rPr>
        <w:t>Adresse : _______________________________________________________________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_____________________________________________________________</w:t>
      </w:r>
    </w:p>
    <w:p/>
    <w:p>
      <w:r>
        <w:rPr>
          <w:b/>
          <w:sz w:val="20"/>
        </w:rPr>
        <w:t>Salarié :</w:t>
      </w:r>
    </w:p>
    <w:p>
      <w:r>
        <w:rPr>
          <w:b w:val="0"/>
          <w:sz w:val="20"/>
        </w:rPr>
        <w:t>Nom et prénom : 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_____________________________________________________________</w:t>
      </w:r>
    </w:p>
    <w:p/>
    <w:p>
      <w:r>
        <w:rPr>
          <w:b/>
          <w:sz w:val="20"/>
        </w:rPr>
        <w:t>Le contrat de travail conclu entre les parties a pris fin conformément aux conditions suivantes :</w:t>
      </w:r>
    </w:p>
    <w:p/>
    <w:p>
      <w:r>
        <w:rPr>
          <w:b w:val="0"/>
          <w:sz w:val="20"/>
        </w:rPr>
        <w:t>Type de contrat : _________________________________________________________</w:t>
      </w:r>
    </w:p>
    <w:p>
      <w:r>
        <w:rPr>
          <w:b w:val="0"/>
          <w:sz w:val="20"/>
        </w:rPr>
        <w:t>Date d’entrée en fonction : _______________________________________________</w:t>
      </w:r>
    </w:p>
    <w:p>
      <w:r>
        <w:rPr>
          <w:b w:val="0"/>
          <w:sz w:val="20"/>
        </w:rPr>
        <w:t>Date de fin de contrat : _________________________________________________</w:t>
      </w:r>
    </w:p>
    <w:p>
      <w:r>
        <w:rPr>
          <w:b w:val="0"/>
          <w:sz w:val="20"/>
        </w:rPr>
        <w:t>Motif de la fin de contrat : ______________________________________________</w:t>
      </w:r>
    </w:p>
    <w:p/>
    <w:p>
      <w:r>
        <w:rPr>
          <w:b w:val="0"/>
          <w:sz w:val="20"/>
        </w:rPr>
        <w:t>Je certifie que toutes les obligations légales et contractuelles liées à ce contrat ont été respectées par les deux parties.</w:t>
      </w:r>
    </w:p>
    <w:p>
      <w:r>
        <w:rPr>
          <w:b w:val="0"/>
          <w:sz w:val="20"/>
        </w:rPr>
        <w:t>Le salarié a perçu l’intégralité des sommes dues au titre de son contrat, incluant :</w:t>
      </w:r>
    </w:p>
    <w:p>
      <w:r>
        <w:rPr>
          <w:b w:val="0"/>
          <w:sz w:val="20"/>
        </w:rPr>
        <w:t>- Le salaire jusqu’à la date de fin de contrat.</w:t>
      </w:r>
    </w:p>
    <w:p>
      <w:r>
        <w:rPr>
          <w:b w:val="0"/>
          <w:sz w:val="20"/>
        </w:rPr>
        <w:t>- Les indemnités éventuelles de fin de contrat, le cas échéant.</w:t>
      </w:r>
    </w:p>
    <w:p>
      <w:r>
        <w:rPr>
          <w:b w:val="0"/>
          <w:sz w:val="20"/>
        </w:rPr>
        <w:t>- Les congés payés non pris ou soldés.</w:t>
      </w:r>
    </w:p>
    <w:p/>
    <w:p>
      <w:r>
        <w:rPr>
          <w:b/>
          <w:sz w:val="20"/>
        </w:rPr>
        <w:t>Le salarié a reçu les documents suivants au terme de son contrat :</w:t>
      </w:r>
    </w:p>
    <w:p>
      <w:r>
        <w:rPr>
          <w:b w:val="0"/>
          <w:sz w:val="20"/>
        </w:rPr>
        <w:t>- Certificat de travail.</w:t>
      </w:r>
    </w:p>
    <w:p>
      <w:r>
        <w:rPr>
          <w:b w:val="0"/>
          <w:sz w:val="20"/>
        </w:rPr>
        <w:t>- Attestation Pôle emploi.</w:t>
      </w:r>
    </w:p>
    <w:p>
      <w:r>
        <w:rPr>
          <w:b w:val="0"/>
          <w:sz w:val="20"/>
        </w:rPr>
        <w:t>- Reçu pour solde de tout compte.</w:t>
      </w:r>
    </w:p>
    <w:p/>
    <w:p>
      <w:r>
        <w:rPr>
          <w:b w:val="0"/>
          <w:sz w:val="20"/>
        </w:rPr>
        <w:t>Le salarié s’engage à respecter, même après la fin du contrat, toutes les obligations de confidentialité et de loyauté prévues dans le contrat et la loi.</w:t>
      </w:r>
    </w:p>
    <w:p/>
    <w:p>
      <w:r>
        <w:rPr>
          <w:b w:val="0"/>
          <w:sz w:val="20"/>
        </w:rPr>
        <w:t>Si une clause de non-concurrence a été prévue, elle reste applicable selon les termes et conditions définis dans le contrat initial.</w:t>
      </w:r>
    </w:p>
    <w:p/>
    <w:p>
      <w:r>
        <w:rPr>
          <w:b w:val="0"/>
          <w:sz w:val="20"/>
        </w:rPr>
        <w:t>La présente attestation est délivrée pour servir et valoir ce que de droit.</w:t>
      </w:r>
    </w:p>
    <w:p/>
    <w:p/>
    <w:p>
      <w:r>
        <w:rPr>
          <w:b w:val="0"/>
          <w:sz w:val="20"/>
        </w:rPr>
        <w:t>Fait à : ___________________________________</w:t>
      </w:r>
    </w:p>
    <w:p>
      <w:r>
        <w:rPr>
          <w:b w:val="0"/>
          <w:sz w:val="20"/>
        </w:rPr>
        <w:t>Le : 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L’Employeur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Salarié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https://juridique-travail.com/modele-attestation-de-fin-de-contrat/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modele-attestation-de-fin-de-contrat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