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LETTRE DE MOTIVATION</w:t>
      </w:r>
    </w:p>
    <w:p/>
    <w:p/>
    <w:p>
      <w:r>
        <w:rPr>
          <w:b w:val="0"/>
          <w:sz w:val="20"/>
        </w:rPr>
        <w:t>Nom et Prénom : ________________________________________________</w:t>
      </w:r>
    </w:p>
    <w:p>
      <w:r>
        <w:rPr>
          <w:b w:val="0"/>
          <w:sz w:val="20"/>
        </w:rPr>
        <w:t>Adresse : ______________________________________________________</w:t>
      </w:r>
    </w:p>
    <w:p>
      <w:r>
        <w:rPr>
          <w:b w:val="0"/>
          <w:sz w:val="20"/>
        </w:rPr>
        <w:t>Téléphone : ____________________________________________________</w:t>
      </w:r>
    </w:p>
    <w:p>
      <w:r>
        <w:rPr>
          <w:b w:val="0"/>
          <w:sz w:val="20"/>
        </w:rPr>
        <w:t>E-mail : _______________________________________________________</w:t>
      </w:r>
    </w:p>
    <w:p/>
    <w:p/>
    <w:p>
      <w:r>
        <w:rPr>
          <w:b w:val="0"/>
          <w:sz w:val="20"/>
        </w:rPr>
        <w:t>Nom de l’entreprise : ___________________________________________</w:t>
      </w:r>
    </w:p>
    <w:p>
      <w:r>
        <w:rPr>
          <w:b w:val="0"/>
          <w:sz w:val="20"/>
        </w:rPr>
        <w:t>Service / Département : _________________________________________</w:t>
      </w:r>
    </w:p>
    <w:p>
      <w:r>
        <w:rPr>
          <w:b w:val="0"/>
          <w:sz w:val="20"/>
        </w:rPr>
        <w:t>Adresse : ______________________________________________________</w:t>
      </w:r>
    </w:p>
    <w:p/>
    <w:p/>
    <w:p>
      <w:r>
        <w:rPr>
          <w:b/>
          <w:sz w:val="20"/>
        </w:rPr>
        <w:t>Objet : Candidature spontanée au poste d’Agent d’Entretien</w:t>
      </w:r>
    </w:p>
    <w:p/>
    <w:p/>
    <w:p>
      <w:r>
        <w:rPr>
          <w:b w:val="0"/>
          <w:sz w:val="20"/>
        </w:rPr>
        <w:t>Madame, Monsieur,</w:t>
      </w:r>
    </w:p>
    <w:p/>
    <w:p>
      <w:r>
        <w:rPr>
          <w:b w:val="0"/>
          <w:sz w:val="20"/>
        </w:rPr>
        <w:t>Je me permets de vous adresser ma candidature spontanée pour un poste d’Agent d’Entretien au sein de votre établissement.</w:t>
      </w:r>
    </w:p>
    <w:p/>
    <w:p>
      <w:r>
        <w:rPr>
          <w:b w:val="0"/>
          <w:sz w:val="20"/>
        </w:rPr>
        <w:t>Fort(e) d’une expérience significative dans le domaine de l’entretien, je maîtrise les techniques de nettoyage, la gestion des produits et équipements, ainsi que le respect des normes d’hygiène et de sécurité en vigueur.</w:t>
      </w:r>
    </w:p>
    <w:p/>
    <w:p>
      <w:r>
        <w:rPr>
          <w:b w:val="0"/>
          <w:sz w:val="20"/>
        </w:rPr>
        <w:t>Rigoureux(se), autonome et disponible, je suis capable d’organiser mon travail efficacement pour garantir la propreté et le bon état des locaux, tout en contribuant à la qualité de service et au bien-être des collaborateurs et visiteurs.</w:t>
      </w:r>
    </w:p>
    <w:p/>
    <w:p>
      <w:r>
        <w:rPr>
          <w:b w:val="0"/>
          <w:sz w:val="20"/>
        </w:rPr>
        <w:t>Souhaitant mettre mes compétences au service de votre entreprise, je serais honoré(e) de pouvoir vous rencontrer afin de vous exposer plus en détail mes motivations et mon parcours.</w:t>
      </w:r>
    </w:p>
    <w:p/>
    <w:p>
      <w:r>
        <w:rPr>
          <w:b w:val="0"/>
          <w:sz w:val="20"/>
        </w:rPr>
        <w:t>Dans cette attente, je vous prie d’agréer, Madame, Monsieur, l’expression de mes salutations distinguées.</w:t>
      </w:r>
    </w:p>
    <w:p/>
    <w:p/>
    <w:p/>
    <w:p>
      <w:r>
        <w:rPr>
          <w:b w:val="0"/>
          <w:sz w:val="20"/>
        </w:rPr>
        <w:t>Signature :</w:t>
      </w:r>
    </w:p>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left"/>
            </w:pPr>
            <w:r>
              <w:t>Date : ___________________________</w:t>
            </w:r>
          </w:p>
        </w:tc>
        <w:tc>
          <w:tcPr>
            <w:tcW w:type="dxa" w:w="4986"/>
            <w:tcBorders>
              <w:top w:val="nil"/>
              <w:left w:val="nil"/>
              <w:bottom w:val="nil"/>
              <w:right w:val="nil"/>
              <w:insideH w:val="nil"/>
              <w:insideV w:val="nil"/>
            </w:tcBorders>
          </w:tcPr>
          <w:p>
            <w:pPr>
              <w:jc w:val="left"/>
            </w:pPr>
            <w:r>
              <w:t>Ville : __________________________</w:t>
            </w:r>
          </w:p>
        </w:tc>
      </w:tr>
      <w:tr>
        <w:tc>
          <w:tcPr>
            <w:tcW w:type="dxa" w:w="4986"/>
            <w:tcBorders>
              <w:top w:val="nil"/>
              <w:left w:val="nil"/>
              <w:bottom w:val="nil"/>
              <w:right w:val="nil"/>
              <w:insideH w:val="nil"/>
              <w:insideV w:val="nil"/>
            </w:tcBorders>
          </w:tcPr>
          <w:p>
            <w:pPr>
              <w:jc w:val="left"/>
            </w:pPr>
            <w:r>
              <w:t>Pièce jointe : CV</w:t>
            </w:r>
          </w:p>
        </w:tc>
        <w:tc>
          <w:tcPr>
            <w:tcW w:type="dxa" w:w="4986"/>
            <w:tcBorders>
              <w:top w:val="nil"/>
              <w:left w:val="nil"/>
              <w:bottom w:val="nil"/>
              <w:right w:val="nil"/>
              <w:insideH w:val="nil"/>
              <w:insideV w:val="nil"/>
            </w:tcBorders>
          </w:tcPr>
          <w:p>
            <w:pPr>
              <w:jc w:val="left"/>
            </w:pPr>
            <w:r/>
          </w:p>
        </w:tc>
      </w:tr>
    </w:tbl>
    <w:p>
      <w:r>
        <w:br w:type="page"/>
      </w:r>
    </w:p>
    <w:p>
      <w:pPr>
        <w:jc w:val="center"/>
      </w:pPr>
      <w:r>
        <w:rPr>
          <w:color w:val="555555"/>
          <w:sz w:val="24"/>
        </w:rPr>
        <w:t>Source originale de ce document :</w:t>
      </w:r>
    </w:p>
    <w:p>
      <w:pPr>
        <w:jc w:val="center"/>
      </w:pPr>
      <w:hyperlink r:id="rId9">
        <w:r>
          <w:rPr>
            <w:color w:val="0000FF"/>
            <w:u w:val="single"/>
          </w:rPr>
          <w:t>https://juridique-travail.com/lettre-motivation-agent-d'entretien-candidature-spontanee/</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https://juridique-travail.com</w:t>
        </w:r>
      </w:hyperlink>
    </w:p>
    <w:p>
      <w:pPr>
        <w:jc w:val="center"/>
      </w:pPr>
      <w:r>
        <w:rPr>
          <w:color w:val="808080"/>
          <w:sz w:val="20"/>
        </w:rPr>
        <w:t>Ce modèle est destiné exclusivement à un usage personnel et non commercial.</w:t>
        <w:br/>
        <w:t>Toute diffusion ou publication doit obligatoirement mentionner la source. © juridique-travail.com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ique-travail.com/lettre-motivation-agent-d'entretien-candidature-spontanee/" TargetMode="External"/><Relationship Id="rId10" Type="http://schemas.openxmlformats.org/officeDocument/2006/relationships/hyperlink" Target="https://juridique-trav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