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rPr>
          <w:sz w:val="20"/>
        </w:rPr>
        <w:t>Nom Prénom</w:t>
        <w:br/>
        <w:t>Adresse complète</w:t>
        <w:br/>
        <w:t>Code postal Ville</w:t>
        <w:br/>
        <w:t>Téléphone : ____________</w:t>
        <w:br/>
        <w:t>Email : ____________________</w:t>
      </w:r>
    </w:p>
    <w:p/>
    <w:p>
      <w:r>
        <w:rPr>
          <w:b/>
          <w:sz w:val="20"/>
        </w:rPr>
        <w:t>Nom de l’entreprise / Collectivité</w:t>
      </w:r>
    </w:p>
    <w:p>
      <w:r>
        <w:rPr>
          <w:b w:val="0"/>
          <w:sz w:val="20"/>
        </w:rPr>
        <w:t>Service Recrutement</w:t>
      </w:r>
    </w:p>
    <w:p>
      <w:r>
        <w:rPr>
          <w:b w:val="0"/>
          <w:sz w:val="20"/>
        </w:rPr>
        <w:t>Adresse complète</w:t>
      </w:r>
    </w:p>
    <w:p>
      <w:r>
        <w:rPr>
          <w:b w:val="0"/>
          <w:sz w:val="20"/>
        </w:rPr>
        <w:t>Code postal Ville</w:t>
      </w:r>
    </w:p>
    <w:p/>
    <w:p/>
    <w:p>
      <w:r>
        <w:rPr>
          <w:b/>
          <w:sz w:val="20"/>
        </w:rPr>
        <w:t>Objet : Candidature au poste de ripeur</w:t>
      </w:r>
    </w:p>
    <w:p/>
    <w:p/>
    <w:p>
      <w:r>
        <w:rPr>
          <w:b w:val="0"/>
          <w:sz w:val="20"/>
        </w:rPr>
        <w:t>Madame, Monsieur,</w:t>
      </w:r>
    </w:p>
    <w:p/>
    <w:p>
      <w:r>
        <w:rPr>
          <w:b w:val="0"/>
          <w:sz w:val="20"/>
        </w:rPr>
        <w:t>Par la présente, je souhaite vous soumettre ma candidature pour un poste de ripeur au sein de votre service de collecte des déchets. Motivé et consciencieux, je souhaite mettre mes compétences au service de la propreté et du bon fonctionnement de votre secteur.</w:t>
      </w:r>
    </w:p>
    <w:p/>
    <w:p>
      <w:r>
        <w:rPr>
          <w:b w:val="0"/>
          <w:sz w:val="20"/>
        </w:rPr>
        <w:t>Fort d’une expérience significative dans le domaine de la collecte et de la gestion des déchets, je connais l’importance d’un travail rigoureux et effectué dans le respect des consignes de sécurité. Je suis habitué à effectuer des tournées en équipe ou individuellement, à manipuler du matériel spécifique et à respecter les règles d’hygiène et d’environnement en vigueur.</w:t>
      </w:r>
    </w:p>
    <w:p/>
    <w:p>
      <w:r>
        <w:rPr>
          <w:b w:val="0"/>
          <w:sz w:val="20"/>
        </w:rPr>
        <w:t>Dynamique, organisé et ponctuel, je suis capable de m’adapter rapidement aux exigences du métier, y compris en horaires décalés ou conditions météorologiques difficiles. Je suis également attentif à la qualité du service rendu aux usagers et à la propreté des zones de collecte.</w:t>
      </w:r>
    </w:p>
    <w:p/>
    <w:p>
      <w:r>
        <w:rPr>
          <w:b w:val="0"/>
          <w:sz w:val="20"/>
        </w:rPr>
        <w:t>Travailler au sein de votre structure représente pour moi une opportunité d’intégrer une équipe professionnelle et engagée, soucieuse de l’environnement et du bien-être des citoyens. Consciente de la nécessité d’un service public efficace, je m’engage à apporter toute mon énergie et ma motivation pour contribuer à vos objectifs.</w:t>
      </w:r>
    </w:p>
    <w:p/>
    <w:p>
      <w:r>
        <w:rPr>
          <w:b w:val="0"/>
          <w:sz w:val="20"/>
        </w:rPr>
        <w:t>Je reste à votre disposition pour vous rencontrer et échanger plus en détail sur ma candidature et mes motivations. En vous remerciant par avance de l’attention portée à mon dossier, je vous prie d’agréer, Madame, Monsieur, l’expression de mes salutations distinguées.</w:t>
      </w:r>
    </w:p>
    <w:p/>
    <w:p/>
    <w:p>
      <w:pPr>
        <w:jc w:val="left"/>
      </w:pPr>
      <w:r>
        <w:rPr>
          <w:sz w:val="20"/>
        </w:rPr>
        <w:t>Signature : ________________________________</w:t>
      </w:r>
    </w:p>
    <w:p>
      <w:r>
        <w:br w:type="page"/>
      </w:r>
    </w:p>
    <w:p>
      <w:pPr>
        <w:jc w:val="center"/>
      </w:pPr>
      <w:r>
        <w:rPr>
          <w:color w:val="555555"/>
          <w:sz w:val="24"/>
        </w:rPr>
        <w:t>Source originale de ce document :</w:t>
      </w:r>
    </w:p>
    <w:p>
      <w:pPr>
        <w:jc w:val="center"/>
      </w:pPr>
      <w:hyperlink r:id="rId9">
        <w:r>
          <w:rPr>
            <w:color w:val="0000FF"/>
            <w:u w:val="single"/>
          </w:rPr>
          <w:t>https://juridique-travail.com/lettre-de-motivation-ripeur/</w:t>
        </w:r>
      </w:hyperlink>
    </w:p>
    <w:p>
      <w:pPr>
        <w:jc w:val="center"/>
      </w:pPr>
      <w:r>
        <w:rPr>
          <w:color w:val="555555"/>
          <w:sz w:val="26"/>
        </w:rPr>
        <w:t>Ce modèle vous a-t-il été utile ?</w:t>
      </w:r>
    </w:p>
    <w:p>
      <w:pPr>
        <w:jc w:val="center"/>
      </w:pPr>
      <w:r>
        <w:rPr>
          <w:color w:val="555555"/>
          <w:sz w:val="26"/>
        </w:rPr>
        <w:t>Trouvez d'autres modèles à jour sur :</w:t>
      </w:r>
    </w:p>
    <w:p>
      <w:pPr>
        <w:jc w:val="center"/>
      </w:pPr>
      <w:hyperlink r:id="rId10">
        <w:r>
          <w:rPr>
            <w:color w:val="0000FF"/>
            <w:u w:val="single"/>
          </w:rPr>
          <w:t>https://juridique-travail.com</w:t>
        </w:r>
      </w:hyperlink>
    </w:p>
    <w:p>
      <w:pPr>
        <w:jc w:val="center"/>
      </w:pPr>
      <w:r>
        <w:rPr>
          <w:color w:val="808080"/>
          <w:sz w:val="20"/>
        </w:rPr>
        <w:t>Ce modèle est destiné exclusivement à un usage personnel et non commercial.</w:t>
        <w:br/>
        <w:t>Toute diffusion ou publication doit obligatoirement mentionner la source. © juridique-travail.com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juridique-travail.com/lettre-de-motivation-ripeur/" TargetMode="External"/><Relationship Id="rId10" Type="http://schemas.openxmlformats.org/officeDocument/2006/relationships/hyperlink" Target="https://juridique-trav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