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0"/>
        </w:rPr>
        <w:t>Prénom NOM</w:t>
      </w:r>
    </w:p>
    <w:p>
      <w:r>
        <w:rPr>
          <w:b w:val="0"/>
          <w:sz w:val="20"/>
        </w:rPr>
        <w:t>Adresse complète</w:t>
      </w:r>
    </w:p>
    <w:p>
      <w:r>
        <w:rPr>
          <w:b w:val="0"/>
          <w:sz w:val="20"/>
        </w:rPr>
        <w:t>Téléphone : _________________________</w:t>
      </w:r>
    </w:p>
    <w:p>
      <w:r>
        <w:rPr>
          <w:b w:val="0"/>
          <w:sz w:val="20"/>
        </w:rPr>
        <w:t>Courriel : __________________________</w:t>
      </w:r>
    </w:p>
    <w:p/>
    <w:p/>
    <w:p>
      <w:r>
        <w:rPr>
          <w:b w:val="0"/>
          <w:sz w:val="20"/>
        </w:rPr>
        <w:t>Nom de la personne responsable du recrutement (si connu)</w:t>
      </w:r>
    </w:p>
    <w:p>
      <w:r>
        <w:rPr>
          <w:b w:val="0"/>
          <w:sz w:val="20"/>
        </w:rPr>
        <w:t>Titre de la personne responsable (si connu)</w:t>
      </w:r>
    </w:p>
    <w:p>
      <w:r>
        <w:rPr>
          <w:b w:val="0"/>
          <w:sz w:val="20"/>
        </w:rPr>
        <w:t>Nom de l'entreprise</w:t>
      </w:r>
    </w:p>
    <w:p>
      <w:r>
        <w:rPr>
          <w:b w:val="0"/>
          <w:sz w:val="20"/>
        </w:rPr>
        <w:t>Adresse de l'entreprise</w:t>
      </w:r>
    </w:p>
    <w:p/>
    <w:p/>
    <w:p>
      <w:r>
        <w:rPr>
          <w:b/>
          <w:sz w:val="20"/>
        </w:rPr>
        <w:t>Objet : Candidature au poste de _______________________________</w:t>
      </w:r>
    </w:p>
    <w:p/>
    <w:p/>
    <w:p>
      <w:r>
        <w:rPr>
          <w:b w:val="0"/>
          <w:sz w:val="20"/>
        </w:rPr>
        <w:t>Madame, Monsieur,</w:t>
      </w:r>
    </w:p>
    <w:p/>
    <w:p>
      <w:r>
        <w:rPr>
          <w:b w:val="0"/>
          <w:sz w:val="20"/>
        </w:rPr>
        <w:t>Par la présente, je souhaite vous faire part de mon intérêt pour le poste de __________________________ au sein de votre entreprise. Fort(e) d’une expérience significative dans ce domaine, je suis motivé(e) à contribuer activement à vos projets et à relever les défis que ce poste propose.</w:t>
      </w:r>
    </w:p>
    <w:p/>
    <w:p>
      <w:r>
        <w:rPr>
          <w:b w:val="0"/>
          <w:sz w:val="20"/>
        </w:rPr>
        <w:t>Titulaire d’un diplôme en ____________________________, j’ai acquis une solide expérience professionnelle notamment chez __________________________, où j’ai pu développer mes compétences en ____________________________. Mon sens de l’organisation, mon esprit d’équipe et ma rigueur sont autant d’atouts que je souhaite mettre à votre service.</w:t>
      </w:r>
    </w:p>
    <w:p/>
    <w:p>
      <w:r>
        <w:rPr>
          <w:b w:val="0"/>
          <w:sz w:val="20"/>
        </w:rPr>
        <w:t>Votre entreprise, reconnue pour ________________________________, représente un environnement stimulant et en adéquation avec mes aspirations professionnelles. Intégrer vos équipes serait pour moi une réelle opportunité d’évolution et d’apport mutuel.</w:t>
      </w:r>
    </w:p>
    <w:p/>
    <w:p>
      <w:r>
        <w:rPr>
          <w:b w:val="0"/>
          <w:sz w:val="20"/>
        </w:rPr>
        <w:t>Je suis disponible pour un entretien à votre convenance afin de vous exposer plus en détail mes motivations et compétences. Je reste également à votre disposition pour toute information complémentaire.</w:t>
      </w:r>
    </w:p>
    <w:p/>
    <w:p>
      <w:r>
        <w:rPr>
          <w:b w:val="0"/>
          <w:sz w:val="20"/>
        </w:rPr>
        <w:t>Dans l’attente de votre réponse, je vous prie d’agréer, Madame, Monsieur, l’expression de mes salutations distinguées.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Prénom NOM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Signature : 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https://juridique-travail.com/lettre-de-motivation-quebec/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https://juridique-travail.com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juridique-travail.com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travail.com/lettre-de-motivation-quebec/" TargetMode="External"/><Relationship Id="rId10" Type="http://schemas.openxmlformats.org/officeDocument/2006/relationships/hyperlink" Target="https://juridique-trav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