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DE L’EMPLOYEUR</w:t>
      </w:r>
    </w:p>
    <w:p>
      <w:pPr>
        <w:jc w:val="center"/>
      </w:pPr>
      <w:r>
        <w:rPr>
          <w:b/>
          <w:sz w:val="20"/>
        </w:rPr>
        <w:t>POUR RÉGULARISATION DE SALARIÉ SANS PAPIERS</w:t>
      </w:r>
    </w:p>
    <w:p/>
    <w:p/>
    <w:p>
      <w:r>
        <w:rPr>
          <w:b/>
          <w:sz w:val="20"/>
        </w:rPr>
        <w:t>Coordonnées de l’Employeur :</w:t>
      </w:r>
    </w:p>
    <w:p>
      <w:r>
        <w:rPr>
          <w:b w:val="0"/>
          <w:sz w:val="20"/>
        </w:rPr>
        <w:t>Nom / Raison sociale : _______________________________________________</w:t>
      </w:r>
    </w:p>
    <w:p>
      <w:r>
        <w:rPr>
          <w:b w:val="0"/>
          <w:sz w:val="20"/>
        </w:rPr>
        <w:t>Adresse complète : ___________________________________________________</w:t>
      </w:r>
    </w:p>
    <w:p>
      <w:r>
        <w:rPr>
          <w:b w:val="0"/>
          <w:sz w:val="20"/>
        </w:rPr>
        <w:t>Code postal / Ville : _________________________________________________</w:t>
      </w:r>
    </w:p>
    <w:p>
      <w:r>
        <w:rPr>
          <w:b w:val="0"/>
          <w:sz w:val="20"/>
        </w:rPr>
        <w:t>Téléphone : _________________________________________________________</w:t>
      </w:r>
    </w:p>
    <w:p>
      <w:r>
        <w:rPr>
          <w:b w:val="0"/>
          <w:sz w:val="20"/>
        </w:rPr>
        <w:t>SIRET / Numéro d’identification : ____________________________________</w:t>
      </w:r>
    </w:p>
    <w:p/>
    <w:p>
      <w:r>
        <w:rPr>
          <w:b/>
          <w:sz w:val="20"/>
        </w:rPr>
        <w:t>Coordonnées du Salarié :</w:t>
      </w:r>
    </w:p>
    <w:p>
      <w:r>
        <w:rPr>
          <w:b w:val="0"/>
          <w:sz w:val="20"/>
        </w:rPr>
        <w:t>Nom et Prénom : ____________________________________________________</w:t>
      </w:r>
    </w:p>
    <w:p>
      <w:r>
        <w:rPr>
          <w:b w:val="0"/>
          <w:sz w:val="20"/>
        </w:rPr>
        <w:t>Date et lieu de naissance : __________________________________________</w:t>
      </w:r>
    </w:p>
    <w:p>
      <w:r>
        <w:rPr>
          <w:b w:val="0"/>
          <w:sz w:val="20"/>
        </w:rPr>
        <w:t>Nationalité : _________________________________________________________</w:t>
      </w:r>
    </w:p>
    <w:p>
      <w:r>
        <w:rPr>
          <w:b w:val="0"/>
          <w:sz w:val="20"/>
        </w:rPr>
        <w:t>Adresse actuelle : ___________________________________________________</w:t>
      </w:r>
    </w:p>
    <w:p>
      <w:r>
        <w:rPr>
          <w:b w:val="0"/>
          <w:sz w:val="20"/>
        </w:rPr>
        <w:t>Poste occupé dans l’entreprise : _____________________________________</w:t>
      </w:r>
    </w:p>
    <w:p>
      <w:r>
        <w:rPr>
          <w:b w:val="0"/>
          <w:sz w:val="20"/>
        </w:rPr>
        <w:t>Date de début de contrat : ___________________________________________</w:t>
      </w:r>
    </w:p>
    <w:p/>
    <w:p>
      <w:r>
        <w:rPr>
          <w:b/>
          <w:sz w:val="20"/>
        </w:rPr>
        <w:t>Objet :</w:t>
      </w:r>
    </w:p>
    <w:p>
      <w:r>
        <w:rPr>
          <w:b w:val="0"/>
          <w:sz w:val="20"/>
        </w:rPr>
        <w:t>Demande de régularisation du salarié sans titre de séjour au regard de sa situation professionnelle et personnelle.</w:t>
      </w:r>
    </w:p>
    <w:p/>
    <w:p>
      <w:r>
        <w:rPr>
          <w:b/>
          <w:sz w:val="20"/>
        </w:rPr>
        <w:t>Madame, Monsieur,</w:t>
      </w:r>
    </w:p>
    <w:p/>
    <w:p>
      <w:r>
        <w:rPr>
          <w:b w:val="0"/>
          <w:sz w:val="20"/>
        </w:rPr>
        <w:t>Je soussigné(e), ____________________________________________________, agissant en qualité de représentant légal de l’entreprise susmentionnée, certifie employer Monsieur/Madame ____________________________________________________, demeurant à l’adresse indiquée ci-dessus, en qualité de ______________________________________, depuis le ________________________, au sein de notre structure.</w:t>
      </w:r>
    </w:p>
    <w:p/>
    <w:p>
      <w:r>
        <w:rPr>
          <w:b w:val="0"/>
          <w:sz w:val="20"/>
        </w:rPr>
        <w:t>L’entreprise exerce son activité dans le secteur ____________________________________________________ et attache une grande importance au respect des obligations légales et sociales en vigueur en France.</w:t>
      </w:r>
    </w:p>
    <w:p/>
    <w:p>
      <w:r>
        <w:rPr>
          <w:b w:val="0"/>
          <w:sz w:val="20"/>
        </w:rPr>
        <w:t>Le salarié concerné réalise les missions suivantes, indispensables à la bonne marche de notre activité :</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val="0"/>
          <w:sz w:val="20"/>
        </w:rPr>
        <w:t>Ses horaires de travail s’étendent de ______________ à ______________, pour un total de ______________ heures par semaine, conformément aux dispositions légales et conventionnelles applicables.</w:t>
      </w:r>
    </w:p>
    <w:p/>
    <w:p>
      <w:r>
        <w:rPr>
          <w:b w:val="0"/>
          <w:sz w:val="20"/>
        </w:rPr>
        <w:t>Compte tenu de l’ancienneté du salarié, de son implication professionnelle exemplaire et de la nécessité de régulariser sa situation afin de garantir la stabilité de l’emploi et le respect du droit du travail, nous sollicitons auprès de vos services une régularisation exceptionnelle de sa situation administrative.</w:t>
      </w:r>
    </w:p>
    <w:p/>
    <w:p>
      <w:r>
        <w:rPr>
          <w:b w:val="0"/>
          <w:sz w:val="20"/>
        </w:rPr>
        <w:t>Cette démarche s’inscrit dans le cadre des dispositions prévues par le droit français relatives à la régularisation par le travail, notamment en vertu des articles L. 313-14 et suivants du Code de l’entrée et du séjour des étrangers et du droit d’asile.</w:t>
      </w:r>
    </w:p>
    <w:p/>
    <w:p>
      <w:r>
        <w:rPr>
          <w:b w:val="0"/>
          <w:sz w:val="20"/>
        </w:rPr>
        <w:t>Vous trouverez joint à cette lettre l’ensemble des pièces justificatives attestant de la relation de travail et de la bonne foi de l’employeur et du salarié, comprenant notamment :</w:t>
      </w:r>
    </w:p>
    <w:p>
      <w:r>
        <w:rPr>
          <w:b w:val="0"/>
          <w:sz w:val="20"/>
        </w:rPr>
        <w:t>– Contrat de travail en cours</w:t>
      </w:r>
    </w:p>
    <w:p>
      <w:r>
        <w:rPr>
          <w:b w:val="0"/>
          <w:sz w:val="20"/>
        </w:rPr>
        <w:t>– Fiches de paie des derniers mois</w:t>
      </w:r>
    </w:p>
    <w:p>
      <w:r>
        <w:rPr>
          <w:b w:val="0"/>
          <w:sz w:val="20"/>
        </w:rPr>
        <w:t>– Attestation d’emploi signée par l’employeur</w:t>
      </w:r>
    </w:p>
    <w:p>
      <w:r>
        <w:rPr>
          <w:b w:val="0"/>
          <w:sz w:val="20"/>
        </w:rPr>
        <w:t>– Justificatif de domicile du salarié</w:t>
      </w:r>
    </w:p>
    <w:p>
      <w:r>
        <w:rPr>
          <w:b w:val="0"/>
          <w:sz w:val="20"/>
        </w:rPr>
        <w:t>– Copie du passeport ou document d’identité du salarié</w:t>
      </w:r>
    </w:p>
    <w:p/>
    <w:p>
      <w:r>
        <w:rPr>
          <w:b w:val="0"/>
          <w:sz w:val="20"/>
        </w:rPr>
        <w:t>Nous restons à votre disposition pour tout complément d’information ou entretien que vous jugerez utile dans le cadre de l’examen de ce dossier.</w:t>
      </w:r>
    </w:p>
    <w:p/>
    <w:p>
      <w:r>
        <w:rPr>
          <w:b w:val="0"/>
          <w:sz w:val="20"/>
        </w:rPr>
        <w:t>Nous vous prions d’agréer, Madame, Monsieur, l’expression de nos salutations distinguées.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Employeur</w:t>
            </w:r>
          </w:p>
        </w:tc>
        <w:tc>
          <w:tcPr>
            <w:tcW w:type="dxa" w:w="4986"/>
            <w:tcBorders>
              <w:top w:val="nil"/>
              <w:left w:val="nil"/>
              <w:bottom w:val="nil"/>
              <w:right w:val="nil"/>
              <w:insideH w:val="nil"/>
              <w:insideV w:val="nil"/>
            </w:tcBorders>
          </w:tcPr>
          <w:p>
            <w:pPr>
              <w:jc w:val="center"/>
            </w:pPr>
            <w:r>
              <w:t>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prénom et fonction : __________________________________________</w:t>
            </w:r>
          </w:p>
        </w:tc>
        <w:tc>
          <w:tcPr>
            <w:tcW w:type="dxa" w:w="4986"/>
            <w:tcBorders>
              <w:top w:val="nil"/>
              <w:left w:val="nil"/>
              <w:bottom w:val="nil"/>
              <w:right w:val="nil"/>
              <w:insideH w:val="nil"/>
              <w:insideV w:val="nil"/>
            </w:tcBorders>
          </w:tcPr>
          <w:p>
            <w:pPr>
              <w:jc w:val="center"/>
            </w:pPr>
            <w:r>
              <w:t>Nom et prénom : _________________________________________________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https://juridique-travail.com/lettre-de-motivation-employeur-pour-regularisation-sans-papiers/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lettre-de-motivation-employeur-pour-regularisation-sans-papiers/"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