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LETTRE DE MOTIVATION - CONDUCTEUR DE BUS</w:t>
      </w:r>
    </w:p>
    <w:p/>
    <w:p/>
    <w:p>
      <w:r>
        <w:rPr>
          <w:b w:val="0"/>
          <w:sz w:val="20"/>
        </w:rPr>
        <w:t>Nom et Prénom : ____________________________________________</w:t>
      </w:r>
    </w:p>
    <w:p>
      <w:r>
        <w:rPr>
          <w:b w:val="0"/>
          <w:sz w:val="20"/>
        </w:rPr>
        <w:t>Adresse : _________________________________________________</w:t>
      </w:r>
    </w:p>
    <w:p>
      <w:r>
        <w:rPr>
          <w:b w:val="0"/>
          <w:sz w:val="20"/>
        </w:rPr>
        <w:t>Téléphone : _______________________________________________</w:t>
      </w:r>
    </w:p>
    <w:p>
      <w:r>
        <w:rPr>
          <w:b w:val="0"/>
          <w:sz w:val="20"/>
        </w:rPr>
        <w:t>E-mail : _________________________________________________</w:t>
      </w:r>
    </w:p>
    <w:p/>
    <w:p/>
    <w:p>
      <w:pPr>
        <w:jc w:val="right"/>
      </w:pPr>
      <w:r>
        <w:rPr>
          <w:sz w:val="20"/>
        </w:rPr>
        <w:t>Nom de l'Entreprise</w:t>
        <w:br/>
        <w:t>Service Recrutement</w:t>
        <w:br/>
        <w:t>Adresse de l'Entreprise</w:t>
        <w:br/>
        <w:t>Code Postal - Ville</w:t>
      </w:r>
    </w:p>
    <w:p/>
    <w:p/>
    <w:p>
      <w:r>
        <w:rPr>
          <w:b/>
          <w:sz w:val="20"/>
        </w:rPr>
        <w:t>Objet : Candidature au poste de Conducteur de Bus</w:t>
      </w:r>
    </w:p>
    <w:p/>
    <w:p>
      <w:r>
        <w:rPr>
          <w:b w:val="0"/>
          <w:sz w:val="20"/>
        </w:rPr>
        <w:t>Madame, Monsieur,</w:t>
      </w:r>
    </w:p>
    <w:p/>
    <w:p>
      <w:r>
        <w:rPr>
          <w:b w:val="0"/>
          <w:sz w:val="20"/>
        </w:rPr>
        <w:t>Je souhaite vous adresser ma candidature pour le poste de conducteur de bus au sein de votre entreprise, consciente de l’importance que revêt ce métier en termes de service public, de sécurité et de qualité de transport pour les usagers.</w:t>
      </w:r>
    </w:p>
    <w:p/>
    <w:p>
      <w:r>
        <w:rPr>
          <w:b w:val="0"/>
          <w:sz w:val="20"/>
        </w:rPr>
        <w:t>Fort(e) d’une expérience significative dans le domaine du transport de voyageurs, je maîtrise parfaitement la conduite sécurisée de véhicules de grande capacité, ainsi que les règles de sécurité routière et la réglementation en vigueur.</w:t>
      </w:r>
    </w:p>
    <w:p/>
    <w:p>
      <w:r>
        <w:rPr>
          <w:b w:val="0"/>
          <w:sz w:val="20"/>
        </w:rPr>
        <w:t>Titulaire du permis D et de la carte de qualification conducteur (FIMO/FCO) à jour, je suis attentif(ve) au respect des horaires, à la qualité du service, et au bien-être des passagers. Mon sens du relationnel, ma ponctualité et mon sérieux sont autant d’atouts que je mets au service de mes missions.</w:t>
      </w:r>
    </w:p>
    <w:p/>
    <w:p>
      <w:r>
        <w:rPr>
          <w:b w:val="0"/>
          <w:sz w:val="20"/>
        </w:rPr>
        <w:t>Intégrer votre société représente pour moi une opportunité de valoriser mes compétences tout en participant activement à la mobilité de la population dans le respect des exigences de sécurité et de qualité.</w:t>
      </w:r>
    </w:p>
    <w:p/>
    <w:p>
      <w:r>
        <w:rPr>
          <w:b w:val="0"/>
          <w:sz w:val="20"/>
        </w:rPr>
        <w:t>Je suis disponible pour un entretien à votre convenance afin d’échanger plus en détail sur ma candidature et mes motivations.</w:t>
      </w:r>
    </w:p>
    <w:p/>
    <w:p>
      <w:r>
        <w:rPr>
          <w:b w:val="0"/>
          <w:sz w:val="20"/>
        </w:rPr>
        <w:t>Dans cette attente, je vous prie de croire, Madame, Monsieur, à l’expression de mes salutations distinguées.</w:t>
      </w:r>
    </w:p>
    <w:p/>
    <w:p/>
    <w:p/>
    <w:p>
      <w:pPr>
        <w:jc w:val="right"/>
      </w:pPr>
      <w:r>
        <w:rPr>
          <w:sz w:val="20"/>
        </w:rPr>
        <w:t>Signature</w:t>
        <w:br/>
        <w:br/>
        <w:t>_________________________</w:t>
      </w:r>
    </w:p>
    <w:p>
      <w:r>
        <w:br w:type="page"/>
      </w:r>
    </w:p>
    <w:p>
      <w:pPr>
        <w:jc w:val="center"/>
      </w:pPr>
      <w:r>
        <w:rPr>
          <w:color w:val="555555"/>
          <w:sz w:val="24"/>
        </w:rPr>
        <w:t>Source originale de ce document :</w:t>
      </w:r>
    </w:p>
    <w:p>
      <w:pPr>
        <w:jc w:val="center"/>
      </w:pPr>
      <w:hyperlink r:id="rId9">
        <w:r>
          <w:rPr>
            <w:color w:val="0000FF"/>
            <w:u w:val="single"/>
          </w:rPr>
          <w:t>https://juridique-travail.com/lettre-de-motivation-conducteur-de-bus/</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https://juridique-travail.com</w:t>
        </w:r>
      </w:hyperlink>
    </w:p>
    <w:p>
      <w:pPr>
        <w:jc w:val="center"/>
      </w:pPr>
      <w:r>
        <w:rPr>
          <w:color w:val="808080"/>
          <w:sz w:val="20"/>
        </w:rPr>
        <w:t>Ce modèle est destiné exclusivement à un usage personnel et non commercial.</w:t>
        <w:br/>
        <w:t>Toute diffusion ou publication doit obligatoirement mentionner la source. © juridique-travail.com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ique-travail.com/lettre-de-motivation-conducteur-de-bus/" TargetMode="External"/><Relationship Id="rId10" Type="http://schemas.openxmlformats.org/officeDocument/2006/relationships/hyperlink" Target="https://juridique-trav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