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LETTRE DE MOTIVATION - ASSISTANTE DE DIRECTION</w:t>
      </w:r>
    </w:p>
    <w:p/>
    <w:p/>
    <w:p>
      <w:r>
        <w:rPr>
          <w:b w:val="0"/>
          <w:sz w:val="20"/>
        </w:rPr>
        <w:t>Nom Prénom : __________________________________________________________</w:t>
      </w:r>
    </w:p>
    <w:p>
      <w:r>
        <w:rPr>
          <w:b w:val="0"/>
          <w:sz w:val="20"/>
        </w:rPr>
        <w:t>Adresse : ______________________________________________________________</w:t>
      </w:r>
    </w:p>
    <w:p>
      <w:r>
        <w:rPr>
          <w:b w:val="0"/>
          <w:sz w:val="20"/>
        </w:rPr>
        <w:t>Code Postal - Ville : __________________________________________________</w:t>
      </w:r>
    </w:p>
    <w:p>
      <w:r>
        <w:rPr>
          <w:b w:val="0"/>
          <w:sz w:val="20"/>
        </w:rPr>
        <w:t>Téléphone : ____________________________________________________________</w:t>
      </w:r>
    </w:p>
    <w:p>
      <w:r>
        <w:rPr>
          <w:b w:val="0"/>
          <w:sz w:val="20"/>
        </w:rPr>
        <w:t>Email : ________________________________________________________________</w:t>
      </w:r>
    </w:p>
    <w:p/>
    <w:p/>
    <w:p>
      <w:r>
        <w:rPr>
          <w:b w:val="0"/>
          <w:sz w:val="20"/>
        </w:rPr>
        <w:t>Nom de l’entreprise ou de l’organisation : _______________________________</w:t>
      </w:r>
    </w:p>
    <w:p>
      <w:r>
        <w:rPr>
          <w:b w:val="0"/>
          <w:sz w:val="20"/>
        </w:rPr>
        <w:t>À l’attention de : ______________________________________________________</w:t>
      </w:r>
    </w:p>
    <w:p>
      <w:r>
        <w:rPr>
          <w:b w:val="0"/>
          <w:sz w:val="20"/>
        </w:rPr>
        <w:t>Adresse : ______________________________________________________________</w:t>
      </w:r>
    </w:p>
    <w:p>
      <w:r>
        <w:rPr>
          <w:b w:val="0"/>
          <w:sz w:val="20"/>
        </w:rPr>
        <w:t>Code Postal - Ville : __________________________________________________</w:t>
      </w:r>
    </w:p>
    <w:p/>
    <w:p/>
    <w:p>
      <w:r>
        <w:rPr>
          <w:b/>
          <w:sz w:val="20"/>
        </w:rPr>
        <w:t>Objet : Candidature au poste d’Assistante de Direction</w:t>
      </w:r>
    </w:p>
    <w:p/>
    <w:p/>
    <w:p>
      <w:r>
        <w:rPr>
          <w:b w:val="0"/>
          <w:sz w:val="20"/>
        </w:rPr>
        <w:t>Madame, Monsieur,</w:t>
      </w:r>
    </w:p>
    <w:p/>
    <w:p>
      <w:r>
        <w:rPr>
          <w:b w:val="0"/>
          <w:sz w:val="20"/>
        </w:rPr>
        <w:t>Par la présente, je souhaite vous soumettre ma candidature pour le poste d’Assistante de Direction au sein de votre entreprise, postule avec un vif intérêt pour contribuer activement à l’organisation et au bon fonctionnement de vos activités.</w:t>
      </w:r>
    </w:p>
    <w:p/>
    <w:p>
      <w:r>
        <w:rPr>
          <w:b w:val="0"/>
          <w:sz w:val="20"/>
        </w:rPr>
        <w:t>Forte d’une expérience significative dans l’assistanat de direction et la gestion administrative, je maîtrise parfaitement les outils bureautiques (Microsoft Office, logiciels de gestion), la rédaction de courriers professionnels, ainsi que la coordination des agendas et l’organisation d’événements internes. Mon sens de la confidentialité et ma rigueur me permettent d’assurer un suivi efficace des dossiers et la gestion des priorités.</w:t>
      </w:r>
    </w:p>
    <w:p/>
    <w:p>
      <w:r>
        <w:rPr>
          <w:b w:val="0"/>
          <w:sz w:val="20"/>
        </w:rPr>
        <w:t>Autonome et proactive, je sais travailler en équipe tout en prenant des initiatives adaptées aux besoins du service. Mon excellent relationnel et mon sens du service client facilitent les échanges avec les différents interlocuteurs internes et externes.</w:t>
      </w:r>
    </w:p>
    <w:p/>
    <w:p>
      <w:r>
        <w:rPr>
          <w:b w:val="0"/>
          <w:sz w:val="20"/>
        </w:rPr>
        <w:t>Je suis convaincue que mes compétences et ma motivation seraient un atout pour votre direction et que je saurais m’intégrer rapidement à vos équipes.</w:t>
      </w:r>
    </w:p>
    <w:p/>
    <w:p>
      <w:r>
        <w:rPr>
          <w:b w:val="0"/>
          <w:sz w:val="20"/>
        </w:rPr>
        <w:t>Je reste à votre disposition pour un entretien afin de vous exposer plus en détail mes motivations et mon parcours professionnel.</w:t>
      </w:r>
    </w:p>
    <w:p/>
    <w:p/>
    <w:p>
      <w:r>
        <w:rPr>
          <w:b w:val="0"/>
          <w:sz w:val="20"/>
        </w:rPr>
        <w:t>Je vous prie d’agréer, Madame, Monsieur, l’expression de mes salutations distinguées.</w:t>
      </w:r>
    </w:p>
    <w:p/>
    <w:p/>
    <w:p/>
    <w:p>
      <w:r>
        <w:rPr>
          <w:b w:val="0"/>
          <w:sz w:val="20"/>
        </w:rPr>
        <w:t>Signature :</w:t>
      </w:r>
    </w:p>
    <w:p/>
    <w:p/>
    <w:p/>
    <w:p>
      <w:r>
        <w:rPr>
          <w:b w:val="0"/>
          <w:sz w:val="20"/>
        </w:rPr>
        <w:t>Nom Prénom : __________________________________________________________</w:t>
      </w:r>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Téléphone</w:t>
            </w:r>
          </w:p>
        </w:tc>
        <w:tc>
          <w:tcPr>
            <w:tcW w:type="dxa" w:w="4986"/>
            <w:tcBorders>
              <w:top w:val="nil"/>
              <w:left w:val="nil"/>
              <w:bottom w:val="nil"/>
              <w:right w:val="nil"/>
              <w:insideH w:val="nil"/>
              <w:insideV w:val="nil"/>
            </w:tcBorders>
          </w:tcPr>
          <w:p>
            <w:pPr>
              <w:jc w:val="center"/>
            </w:pPr>
            <w:r>
              <w:t>Email</w:t>
            </w:r>
          </w:p>
        </w:tc>
      </w:tr>
      <w:tr>
        <w:tc>
          <w:tcPr>
            <w:tcW w:type="dxa" w:w="4986"/>
            <w:tcBorders>
              <w:top w:val="nil"/>
              <w:left w:val="nil"/>
              <w:bottom w:val="nil"/>
              <w:right w:val="nil"/>
              <w:insideH w:val="nil"/>
              <w:insideV w:val="nil"/>
            </w:tcBorders>
          </w:tcPr>
          <w:p>
            <w:pPr>
              <w:jc w:val="center"/>
            </w:pPr>
            <w:r>
              <w:t>______________________________________________________________</w:t>
            </w:r>
          </w:p>
        </w:tc>
        <w:tc>
          <w:tcPr>
            <w:tcW w:type="dxa" w:w="4986"/>
            <w:tcBorders>
              <w:top w:val="nil"/>
              <w:left w:val="nil"/>
              <w:bottom w:val="nil"/>
              <w:right w:val="nil"/>
              <w:insideH w:val="nil"/>
              <w:insideV w:val="nil"/>
            </w:tcBorders>
          </w:tcPr>
          <w:p>
            <w:pPr>
              <w:jc w:val="center"/>
            </w:pPr>
            <w:r>
              <w:t>______________________________________________________________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https://juridique-travail.com/lettre-de-motivation-assistante-de-direction/</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https://juridique-travail.com</w:t>
        </w:r>
      </w:hyperlink>
    </w:p>
    <w:p>
      <w:pPr>
        <w:jc w:val="center"/>
      </w:pPr>
      <w:r>
        <w:rPr>
          <w:color w:val="808080"/>
          <w:sz w:val="20"/>
        </w:rPr>
        <w:t>Ce modèle est destiné exclusivement à un usage personnel et non commercial.</w:t>
        <w:br/>
        <w:t>Toute diffusion ou publication doit obligatoirement mentionner la source. © juridique-travail.com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travail.com/lettre-de-motivation-assistante-de-direction/" TargetMode="External"/><Relationship Id="rId10" Type="http://schemas.openxmlformats.org/officeDocument/2006/relationships/hyperlink" Target="https://juridique-trav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