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LETTRE DE DEMANDE DE TRAVAIL À TEMPS PARTIEL À 80 %</w:t>
      </w:r>
    </w:p>
    <w:p/>
    <w:p/>
    <w:p>
      <w:r>
        <w:rPr>
          <w:b w:val="0"/>
          <w:sz w:val="20"/>
        </w:rPr>
        <w:t>Nom et Prénom : _____________________________________________________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Code postal et Ville : _______________________________________________</w:t>
      </w:r>
    </w:p>
    <w:p>
      <w:r>
        <w:rPr>
          <w:b w:val="0"/>
          <w:sz w:val="20"/>
        </w:rPr>
        <w:t>Téléphone : _________________________________________________________</w:t>
      </w:r>
    </w:p>
    <w:p/>
    <w:p>
      <w:r>
        <w:rPr>
          <w:b w:val="0"/>
          <w:sz w:val="20"/>
        </w:rPr>
        <w:t>À l'attention de : _________________________________________________</w:t>
      </w:r>
    </w:p>
    <w:p>
      <w:r>
        <w:rPr>
          <w:b w:val="0"/>
          <w:sz w:val="20"/>
        </w:rPr>
        <w:t>Service des Ressources Humaines / Direction</w:t>
      </w:r>
    </w:p>
    <w:p>
      <w:r>
        <w:rPr>
          <w:b w:val="0"/>
          <w:sz w:val="20"/>
        </w:rPr>
        <w:t>Adresse de l’entreprise : ____________________________________________</w:t>
      </w:r>
    </w:p>
    <w:p/>
    <w:p/>
    <w:p>
      <w:r>
        <w:rPr>
          <w:b/>
          <w:sz w:val="20"/>
        </w:rPr>
        <w:t>Objet : Demande de passage à temps partiel à 80 %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souhaite vous informer de ma volonté de bénéficier d’un travail à temps partiel à 80 %, conformément aux dispositions prévues par le Code du travail français.</w:t>
      </w:r>
    </w:p>
    <w:p/>
    <w:p>
      <w:r>
        <w:rPr>
          <w:b w:val="0"/>
          <w:sz w:val="20"/>
        </w:rPr>
        <w:t>Conformément à l’article L3123-1 du Code du travail, je sollicite le passage de mon contrat de travail à un temps partiel, avec une réduction de durée de travail correspondant à 80 % de mon temps de travail actuel.</w:t>
      </w:r>
    </w:p>
    <w:p/>
    <w:p>
      <w:r>
        <w:rPr>
          <w:b w:val="0"/>
          <w:sz w:val="20"/>
        </w:rPr>
        <w:t>Je vous propose que cette organisation du temps de travail prenne effet à compter du : ____________________</w:t>
      </w:r>
    </w:p>
    <w:p/>
    <w:p>
      <w:r>
        <w:rPr>
          <w:b w:val="0"/>
          <w:sz w:val="20"/>
        </w:rPr>
        <w:t>Je reste à votre disposition pour convenir ensemble des modalités d’organisation de ce temps partiel, notamment les jours travaillés, afin d’assurer la continuité et la qualité de mon travail.</w:t>
      </w:r>
    </w:p>
    <w:p/>
    <w:p>
      <w:r>
        <w:rPr>
          <w:b w:val="0"/>
          <w:sz w:val="20"/>
        </w:rPr>
        <w:t>Conscient(e) de l’importance de cette modification, je m’engage à respecter les termes de ce nouvel aménagement et à collaborer pleinement au bon fonctionnement de l’équipe.</w:t>
      </w:r>
    </w:p>
    <w:p/>
    <w:p>
      <w:r>
        <w:rPr>
          <w:b w:val="0"/>
          <w:sz w:val="20"/>
        </w:rPr>
        <w:t>Je vous remercie par avance de l’attention portée à ma demande et reste à votre disposition pour tout échange complémentaire.</w:t>
      </w:r>
    </w:p>
    <w:p/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/>
    <w:p>
      <w:r>
        <w:rPr>
          <w:b w:val="0"/>
          <w:sz w:val="20"/>
        </w:rPr>
        <w:t>Signature : 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Copie à 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Service RH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 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 de réception : 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https://juridique-travail.com/lettre-de-demande-de-temps-partiel-80-de-droit/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lettre-de-demande-de-temps-partiel-80-de-droit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