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FORMULAIRE DE DEMANDE DE STAGE</w:t>
      </w:r>
    </w:p>
    <w:p/>
    <w:p/>
    <w:p>
      <w:r>
        <w:rPr>
          <w:b/>
          <w:sz w:val="20"/>
        </w:rPr>
        <w:t>Informations personnelles :</w:t>
      </w:r>
    </w:p>
    <w:p>
      <w:r>
        <w:rPr>
          <w:b w:val="0"/>
          <w:sz w:val="20"/>
        </w:rPr>
        <w:t>Nom : _______________________________________________________________</w:t>
      </w:r>
    </w:p>
    <w:p>
      <w:r>
        <w:rPr>
          <w:b w:val="0"/>
          <w:sz w:val="20"/>
        </w:rPr>
        <w:t>Prénom : ____________________________________________________________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Code postal : ______________ Ville : 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</w:t>
      </w:r>
    </w:p>
    <w:p/>
    <w:p>
      <w:r>
        <w:rPr>
          <w:b/>
          <w:sz w:val="20"/>
        </w:rPr>
        <w:t>Formation :</w:t>
      </w:r>
    </w:p>
    <w:p>
      <w:r>
        <w:rPr>
          <w:b w:val="0"/>
          <w:sz w:val="20"/>
        </w:rPr>
        <w:t>Établissement fréquenté : _____________________________________________</w:t>
      </w:r>
    </w:p>
    <w:p>
      <w:r>
        <w:rPr>
          <w:b w:val="0"/>
          <w:sz w:val="20"/>
        </w:rPr>
        <w:t>Niveau d’études actuel : _____________________________________________</w:t>
      </w:r>
    </w:p>
    <w:p>
      <w:r>
        <w:rPr>
          <w:b w:val="0"/>
          <w:sz w:val="20"/>
        </w:rPr>
        <w:t>Spécialité / domaine d’études : ________________________________________</w:t>
      </w:r>
    </w:p>
    <w:p>
      <w:r>
        <w:rPr>
          <w:b w:val="0"/>
          <w:sz w:val="20"/>
        </w:rPr>
        <w:t>Année d’études : _____________________________________________________</w:t>
      </w:r>
    </w:p>
    <w:p/>
    <w:p>
      <w:r>
        <w:rPr>
          <w:b/>
          <w:sz w:val="20"/>
        </w:rPr>
        <w:t>Stage demandé :</w:t>
      </w:r>
    </w:p>
    <w:p>
      <w:r>
        <w:rPr>
          <w:b w:val="0"/>
          <w:sz w:val="20"/>
        </w:rPr>
        <w:t>Objet du stage : _____________________________________________________</w:t>
      </w:r>
    </w:p>
    <w:p>
      <w:r>
        <w:rPr>
          <w:b w:val="0"/>
          <w:sz w:val="20"/>
        </w:rPr>
        <w:t>Durée souhaitée : _______________________________________ semaines</w:t>
      </w:r>
    </w:p>
    <w:p>
      <w:r>
        <w:rPr>
          <w:b w:val="0"/>
          <w:sz w:val="20"/>
        </w:rPr>
        <w:t>Période souhaitée : _________________________________________________</w:t>
      </w:r>
    </w:p>
    <w:p>
      <w:r>
        <w:rPr>
          <w:b w:val="0"/>
          <w:sz w:val="20"/>
        </w:rPr>
        <w:t>Lieu du stage souhaité : _____________________________________________</w:t>
      </w:r>
    </w:p>
    <w:p/>
    <w:p>
      <w:r>
        <w:rPr>
          <w:b/>
          <w:sz w:val="20"/>
        </w:rPr>
        <w:t>Expérience professionnelle (le cas échéant) 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/>
          <w:sz w:val="20"/>
        </w:rPr>
        <w:t>Compétences, motivations et objectifs du stage 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/>
          <w:sz w:val="20"/>
        </w:rPr>
        <w:t>Autorisation parentale (si mineur) :</w:t>
      </w:r>
    </w:p>
    <w:p>
      <w:r>
        <w:rPr>
          <w:b w:val="0"/>
          <w:sz w:val="20"/>
        </w:rPr>
        <w:t>Je soussigné(e), ___________________________________________________, autorise mon enfant à effectuer ce stage conformément à la réglementation en vigueur.</w:t>
      </w:r>
    </w:p>
    <w:p>
      <w:r>
        <w:rPr>
          <w:b w:val="0"/>
          <w:sz w:val="20"/>
        </w:rPr>
        <w:t>Signature du parent : ________________________________________________</w:t>
      </w:r>
    </w:p>
    <w:p/>
    <w:p>
      <w:r>
        <w:rPr>
          <w:b/>
          <w:sz w:val="20"/>
        </w:rPr>
        <w:t>Confidentialité et traitement des données personnelles :</w:t>
      </w:r>
    </w:p>
    <w:p>
      <w:r>
        <w:rPr>
          <w:b w:val="0"/>
          <w:sz w:val="20"/>
        </w:rPr>
        <w:t>Les informations recueillies dans ce formulaire sont destinées exclusivement à l'organisme d'accueil et traitées conformément à la réglementation française sur la protection des données personnelles (RGPD). Elles ne seront utilisées que dans le cadre de la gestion de la demande de stage et ne seront pas communiquées à des tiers sans accord préalable.</w:t>
      </w:r>
    </w:p>
    <w:p/>
    <w:p>
      <w:r>
        <w:rPr>
          <w:b/>
          <w:sz w:val="20"/>
        </w:rPr>
        <w:t>Engagement du stagiaire :</w:t>
      </w:r>
    </w:p>
    <w:p>
      <w:r>
        <w:rPr>
          <w:b w:val="0"/>
          <w:sz w:val="20"/>
        </w:rPr>
        <w:t>Je m’engage à respecter le règlement intérieur de l’organisme d’accueil, à accomplir les tâches confiées dans le cadre du stage, et à respecter la confidentialité des informations auxquelles je pourrai avoir accès.</w:t>
      </w:r>
    </w:p>
    <w:p/>
    <w:p/>
    <w:p>
      <w:r>
        <w:rPr>
          <w:b w:val="0"/>
          <w:sz w:val="20"/>
        </w:rPr>
        <w:t>Lieu : ___________________________________</w:t>
      </w:r>
    </w:p>
    <w:p>
      <w:r>
        <w:rPr>
          <w:b w:val="0"/>
          <w:sz w:val="20"/>
        </w:rPr>
        <w:t>Signature du demandeur : _______________________________</w:t>
      </w:r>
    </w:p>
    <w:p/>
    <w:p/>
    <w:p>
      <w:r>
        <w:rPr>
          <w:b/>
          <w:sz w:val="20"/>
        </w:rPr>
        <w:t>Signature et cachet de l’établissement scolaire :</w:t>
      </w:r>
    </w:p>
    <w:p>
      <w:r>
        <w:rPr>
          <w:b w:val="0"/>
          <w:sz w:val="20"/>
        </w:rPr>
        <w:t>Nom et fonction : ________________________________________________</w:t>
      </w:r>
    </w:p>
    <w:p>
      <w:r>
        <w:rPr>
          <w:b w:val="0"/>
          <w:sz w:val="20"/>
        </w:rPr>
        <w:t>Signature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Organisme d’Accueil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Stagiaire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Nom et prénom 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Nom et prénom : 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: 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: 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https://juridique-travail.com/formulaire-demande-de-stage/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formulaire-demande-de-stag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