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JUSTIFICATIF DE RECHERCHE D’EMPLOI</w:t>
      </w:r>
    </w:p>
    <w:p/>
    <w:p/>
    <w:p>
      <w:r>
        <w:rPr>
          <w:b w:val="0"/>
          <w:sz w:val="20"/>
        </w:rPr>
        <w:t>Je soussigné(e), ____________________________________________________,</w:t>
      </w:r>
    </w:p>
    <w:p>
      <w:r>
        <w:rPr>
          <w:b w:val="0"/>
          <w:sz w:val="20"/>
        </w:rPr>
        <w:t>demeurant à ____________________________________________________________,</w:t>
      </w:r>
    </w:p>
    <w:p>
      <w:r>
        <w:rPr>
          <w:b w:val="0"/>
          <w:sz w:val="20"/>
        </w:rPr>
        <w:t>certifie par la présente effectuer des démarches actives et régulières</w:t>
      </w:r>
    </w:p>
    <w:p>
      <w:r>
        <w:rPr>
          <w:b w:val="0"/>
          <w:sz w:val="20"/>
        </w:rPr>
        <w:t>de recherche d’emploi conformément aux exigences prévues par la législation française et les organismes compétents.</w:t>
      </w:r>
    </w:p>
    <w:p/>
    <w:p/>
    <w:p>
      <w:r>
        <w:rPr>
          <w:b/>
          <w:sz w:val="20"/>
        </w:rPr>
        <w:t>Informations personnelles :</w:t>
      </w:r>
    </w:p>
    <w:p>
      <w:r>
        <w:rPr>
          <w:b w:val="0"/>
          <w:sz w:val="20"/>
        </w:rPr>
        <w:t>Nom et Prénom : ______________________________________________________</w:t>
      </w:r>
    </w:p>
    <w:p>
      <w:r>
        <w:rPr>
          <w:b w:val="0"/>
          <w:sz w:val="20"/>
        </w:rPr>
        <w:t>Date et lieu de naissance : ____________________________________________</w:t>
      </w:r>
    </w:p>
    <w:p>
      <w:r>
        <w:rPr>
          <w:b w:val="0"/>
          <w:sz w:val="20"/>
        </w:rPr>
        <w:t>Adresse : _____________________________________________________________</w:t>
      </w:r>
    </w:p>
    <w:p>
      <w:r>
        <w:rPr>
          <w:b w:val="0"/>
          <w:sz w:val="20"/>
        </w:rPr>
        <w:t>Numéro de sécurité sociale : ___________________________________________</w:t>
      </w:r>
    </w:p>
    <w:p>
      <w:r>
        <w:rPr>
          <w:b w:val="0"/>
          <w:sz w:val="20"/>
        </w:rPr>
        <w:t>Téléphone : ___________________________________________________________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______________________________________________________</w:t>
      </w:r>
    </w:p>
    <w:p/>
    <w:p/>
    <w:p>
      <w:r>
        <w:rPr>
          <w:b/>
          <w:sz w:val="20"/>
        </w:rPr>
        <w:t>Démarches effectuées :</w:t>
      </w:r>
    </w:p>
    <w:p>
      <w:r>
        <w:rPr>
          <w:b w:val="0"/>
          <w:sz w:val="20"/>
        </w:rPr>
        <w:t>Ci-dessous sont détaillées les actions de recherche d’emploi que j’ai entreprises :</w:t>
      </w:r>
    </w:p>
    <w:p/>
    <w:p>
      <w:r>
        <w:rPr>
          <w:b w:val="0"/>
          <w:sz w:val="20"/>
        </w:rPr>
        <w:t>• Envoi de candidatures spontanées ou en réponse à des offres d’emploi :</w:t>
      </w:r>
    </w:p>
    <w:p>
      <w:r>
        <w:rPr>
          <w:b w:val="0"/>
          <w:sz w:val="20"/>
        </w:rPr>
        <w:t xml:space="preserve">  ______________________________________________________________________</w:t>
      </w:r>
    </w:p>
    <w:p>
      <w:r>
        <w:rPr>
          <w:b w:val="0"/>
          <w:sz w:val="20"/>
        </w:rPr>
        <w:t xml:space="preserve">  ______________________________________________________________________</w:t>
      </w:r>
    </w:p>
    <w:p/>
    <w:p>
      <w:r>
        <w:rPr>
          <w:b w:val="0"/>
          <w:sz w:val="20"/>
        </w:rPr>
        <w:t>• Participation à des entretiens d’embauche :</w:t>
      </w:r>
    </w:p>
    <w:p>
      <w:r>
        <w:rPr>
          <w:b w:val="0"/>
          <w:sz w:val="20"/>
        </w:rPr>
        <w:t xml:space="preserve">  ______________________________________________________________________</w:t>
      </w:r>
    </w:p>
    <w:p>
      <w:r>
        <w:rPr>
          <w:b w:val="0"/>
          <w:sz w:val="20"/>
        </w:rPr>
        <w:t xml:space="preserve">  ______________________________________________________________________</w:t>
      </w:r>
    </w:p>
    <w:p/>
    <w:p>
      <w:r>
        <w:rPr>
          <w:b w:val="0"/>
          <w:sz w:val="20"/>
        </w:rPr>
        <w:t>• Inscription et suivi auprès des agences pour l’emploi (Pôle emploi, Missions locales, etc.) :</w:t>
      </w:r>
    </w:p>
    <w:p>
      <w:r>
        <w:rPr>
          <w:b w:val="0"/>
          <w:sz w:val="20"/>
        </w:rPr>
        <w:t xml:space="preserve">  ______________________________________________________________________</w:t>
      </w:r>
    </w:p>
    <w:p>
      <w:r>
        <w:rPr>
          <w:b w:val="0"/>
          <w:sz w:val="20"/>
        </w:rPr>
        <w:t xml:space="preserve">  ______________________________________________________________________</w:t>
      </w:r>
    </w:p>
    <w:p/>
    <w:p>
      <w:r>
        <w:rPr>
          <w:b w:val="0"/>
          <w:sz w:val="20"/>
        </w:rPr>
        <w:t>• Participation à des formations, ateliers ou salons de l’emploi :</w:t>
      </w:r>
    </w:p>
    <w:p>
      <w:r>
        <w:rPr>
          <w:b w:val="0"/>
          <w:sz w:val="20"/>
        </w:rPr>
        <w:t xml:space="preserve">  ______________________________________________________________________</w:t>
      </w:r>
    </w:p>
    <w:p>
      <w:r>
        <w:rPr>
          <w:b w:val="0"/>
          <w:sz w:val="20"/>
        </w:rPr>
        <w:t xml:space="preserve">  ______________________________________________________________________</w:t>
      </w:r>
    </w:p>
    <w:p/>
    <w:p>
      <w:r>
        <w:rPr>
          <w:b w:val="0"/>
          <w:sz w:val="20"/>
        </w:rPr>
        <w:t>• Autres démarches (préciser) :</w:t>
      </w:r>
    </w:p>
    <w:p>
      <w:r>
        <w:rPr>
          <w:b w:val="0"/>
          <w:sz w:val="20"/>
        </w:rPr>
        <w:t xml:space="preserve">  ______________________________________________________________________</w:t>
      </w:r>
    </w:p>
    <w:p>
      <w:r>
        <w:rPr>
          <w:b w:val="0"/>
          <w:sz w:val="20"/>
        </w:rPr>
        <w:t xml:space="preserve">  ______________________________________________________________________</w:t>
      </w:r>
    </w:p>
    <w:p/>
    <w:p/>
    <w:p>
      <w:r>
        <w:rPr>
          <w:b w:val="0"/>
          <w:sz w:val="20"/>
        </w:rPr>
        <w:t>Je m’engage à poursuivre activement mes recherches d’emploi conformément aux obligations.</w:t>
      </w:r>
    </w:p>
    <w:p>
      <w:r>
        <w:rPr>
          <w:b w:val="0"/>
          <w:sz w:val="20"/>
        </w:rPr>
        <w:t>Je déclare exactes les informations fournies ci-dessus et suis conscient(e) des conséquences</w:t>
      </w:r>
    </w:p>
    <w:p>
      <w:r>
        <w:rPr>
          <w:b w:val="0"/>
          <w:sz w:val="20"/>
        </w:rPr>
        <w:t>d’éventuelles fausses déclarations, notamment en matière d’aide sociale et indemnisation.</w:t>
      </w:r>
    </w:p>
    <w:p/>
    <w:p/>
    <w:p>
      <w:r>
        <w:rPr>
          <w:b w:val="0"/>
          <w:sz w:val="20"/>
        </w:rPr>
        <w:t>Lieu : ________________________________________</w:t>
      </w:r>
    </w:p>
    <w:p>
      <w:r>
        <w:rPr>
          <w:b w:val="0"/>
          <w:sz w:val="20"/>
        </w:rPr>
        <w:t>Signature : 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demandeur d’emploi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L’employeur / Conseiller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https://juridique-travail.com/exemple-justificatif-de-recherche-d'emploi/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exemple-justificatif-de-recherche-d'emploi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