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EXEMPLE DE MAIL POUR DEMANDE DE TÉLÉTRAVAIL</w:t>
      </w:r>
    </w:p>
    <w:p/>
    <w:p/>
    <w:p>
      <w:r>
        <w:rPr>
          <w:b/>
          <w:sz w:val="20"/>
        </w:rPr>
        <w:t>Objet : Demande de télétravail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adresser cette demande afin d’obtenir l’autorisation de télétravailler de manière régulière/ponctuelle. Cette modalité de travail me permettrait d'améliorer mon organisation tout en maintenant un niveau optimal de productivité.</w:t>
      </w:r>
    </w:p>
    <w:p/>
    <w:p>
      <w:r>
        <w:rPr>
          <w:b/>
          <w:sz w:val="20"/>
        </w:rPr>
        <w:t>Motifs de la demande :</w:t>
      </w:r>
    </w:p>
    <w:p>
      <w:r>
        <w:rPr>
          <w:b w:val="0"/>
          <w:sz w:val="20"/>
        </w:rPr>
        <w:t>• Optimisation du temps de transport et meilleure gestion de mon emploi du temps.</w:t>
        <w:br/>
        <w:t>• Besoin d’un cadre de travail calme et propice à la concentration.</w:t>
        <w:br/>
        <w:t>• Contexte personnel nécessitant une flexibilité accrue.</w:t>
        <w:br/>
        <w:t>• Respect strict des objectifs et des délais définis par l’entreprise.</w:t>
      </w:r>
    </w:p>
    <w:p/>
    <w:p>
      <w:r>
        <w:rPr>
          <w:b/>
          <w:sz w:val="20"/>
        </w:rPr>
        <w:t>Modalités envisagées :</w:t>
      </w:r>
    </w:p>
    <w:p>
      <w:r>
        <w:rPr>
          <w:b w:val="0"/>
          <w:sz w:val="20"/>
        </w:rPr>
        <w:t>Je propose d’effectuer le télétravail selon les modalités suivantes :</w:t>
        <w:br/>
        <w:t>• Jours concernés : ____________________________________________________</w:t>
        <w:br/>
        <w:t>• Horaires de travail : __________________________________________________</w:t>
        <w:br/>
        <w:t>• Moyens de communication utilisés (téléphone, visioconférence, messagerie) : _______________</w:t>
        <w:br/>
        <w:t>• Disponibilité sur site en cas de besoin : ________________________________</w:t>
      </w:r>
    </w:p>
    <w:p/>
    <w:p>
      <w:r>
        <w:rPr>
          <w:b/>
          <w:sz w:val="20"/>
        </w:rPr>
        <w:t>Engagements :</w:t>
      </w:r>
    </w:p>
    <w:p>
      <w:r>
        <w:rPr>
          <w:b w:val="0"/>
          <w:sz w:val="20"/>
        </w:rPr>
        <w:t>Je m’engage à :</w:t>
        <w:br/>
        <w:t>• Respecter les horaires et les objectifs fixés.</w:t>
        <w:br/>
        <w:t>• Maintenir une communication régulière avec mon responsable et l’équipe.</w:t>
        <w:br/>
        <w:t>• Assurer la confidentialité des informations professionnelles.</w:t>
        <w:br/>
        <w:t>• Utiliser le matériel mis à disposition conformément aux règles de l’entreprise.</w:t>
      </w:r>
    </w:p>
    <w:p/>
    <w:p>
      <w:r>
        <w:rPr>
          <w:b w:val="0"/>
          <w:sz w:val="20"/>
        </w:rPr>
        <w:t>Je reste à votre disposition pour discuter des modalités et répondre à vos éventuelles questions. Dans l’attente de votre retour favorable, je vous prie d’agréer, Madame, Monsieur, l’expression de mes salutations distinguées.</w:t>
      </w:r>
    </w:p>
    <w:p/>
    <w:p/>
    <w:p>
      <w:r>
        <w:rPr>
          <w:b w:val="0"/>
          <w:sz w:val="20"/>
        </w:rPr>
        <w:t>Nom : ___________________________________________________________</w:t>
      </w:r>
    </w:p>
    <w:p>
      <w:r>
        <w:rPr>
          <w:b w:val="0"/>
          <w:sz w:val="20"/>
        </w:rPr>
        <w:t>Prénom : ________________________________________________________</w:t>
      </w:r>
    </w:p>
    <w:p>
      <w:r>
        <w:rPr>
          <w:b w:val="0"/>
          <w:sz w:val="20"/>
        </w:rPr>
        <w:t>Fonction : _______________________________________________________</w:t>
      </w:r>
    </w:p>
    <w:p>
      <w:r>
        <w:rPr>
          <w:b w:val="0"/>
          <w:sz w:val="20"/>
        </w:rPr>
        <w:t>Signature 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Réponse de l’employeur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Signature : _________________________</w:t>
              <w:br/>
              <w:t>Date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Signature : _________________________</w:t>
              <w:br/>
              <w:t>Date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https://juridique-travail.com/exemple-de-mail-pour-demande-de-teletravail/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exemple-de-mail-pour-demande-de-teletravail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