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DEMANDE D’EMPLOI</w:t>
      </w:r>
    </w:p>
    <w:p/>
    <w:p/>
    <w:p>
      <w:r>
        <w:rPr>
          <w:b/>
          <w:sz w:val="20"/>
        </w:rPr>
        <w:t>Coordonnées du Candidat :</w:t>
      </w:r>
    </w:p>
    <w:p>
      <w:r>
        <w:rPr>
          <w:b w:val="0"/>
          <w:sz w:val="20"/>
        </w:rPr>
        <w:t>Nom et Prénom : ___________________________________________________</w:t>
      </w:r>
    </w:p>
    <w:p>
      <w:r>
        <w:rPr>
          <w:b w:val="0"/>
          <w:sz w:val="20"/>
        </w:rPr>
        <w:t>Adresse : _________________________________________________________</w:t>
      </w:r>
    </w:p>
    <w:p>
      <w:r>
        <w:rPr>
          <w:b w:val="0"/>
          <w:sz w:val="20"/>
        </w:rPr>
        <w:t>Code Postal / Ville : _______________________________________________</w:t>
      </w:r>
    </w:p>
    <w:p>
      <w:r>
        <w:rPr>
          <w:b w:val="0"/>
          <w:sz w:val="20"/>
        </w:rPr>
        <w:t>Téléphone : _______________________________________________________</w:t>
      </w:r>
    </w:p>
    <w:p>
      <w:r>
        <w:rPr>
          <w:b w:val="0"/>
          <w:sz w:val="20"/>
        </w:rPr>
        <w:t>Adresse e-mail : _________________________________________________</w:t>
      </w:r>
    </w:p>
    <w:p/>
    <w:p>
      <w:r>
        <w:rPr>
          <w:b/>
          <w:sz w:val="20"/>
        </w:rPr>
        <w:t>Objet :</w:t>
      </w:r>
    </w:p>
    <w:p>
      <w:r>
        <w:rPr>
          <w:b w:val="0"/>
          <w:sz w:val="20"/>
        </w:rPr>
        <w:t>Je souhaite vous adresser ma candidature pour le poste de ___________________________________________________,</w:t>
      </w:r>
    </w:p>
    <w:p>
      <w:r>
        <w:rPr>
          <w:b w:val="0"/>
          <w:sz w:val="20"/>
        </w:rPr>
        <w:t>au sein de votre entreprise, dont j’ai pris connaissance par le biais de ___________________________________________________.</w:t>
      </w:r>
    </w:p>
    <w:p/>
    <w:p>
      <w:r>
        <w:rPr>
          <w:b/>
          <w:sz w:val="20"/>
        </w:rPr>
        <w:t>Présentation personnelle :</w:t>
      </w:r>
    </w:p>
    <w:p>
      <w:r>
        <w:rPr>
          <w:b w:val="0"/>
          <w:sz w:val="20"/>
        </w:rPr>
        <w:t>Diplômé(e) de ____________________________________________________, je bénéficie d’une expérience de ______________ ans dans le domaine de ___________________________________________________.</w:t>
      </w:r>
    </w:p>
    <w:p>
      <w:r>
        <w:rPr>
          <w:b w:val="0"/>
          <w:sz w:val="20"/>
        </w:rPr>
        <w:t>Mes compétences principales incluent notamment :</w:t>
      </w:r>
    </w:p>
    <w:p>
      <w:r>
        <w:rPr>
          <w:b w:val="0"/>
          <w:sz w:val="20"/>
        </w:rPr>
        <w:t>- 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</w:t>
      </w:r>
    </w:p>
    <w:p/>
    <w:p>
      <w:r>
        <w:rPr>
          <w:b/>
          <w:sz w:val="20"/>
        </w:rPr>
        <w:t>Motivation :</w:t>
      </w:r>
    </w:p>
    <w:p>
      <w:r>
        <w:rPr>
          <w:b w:val="0"/>
          <w:sz w:val="20"/>
        </w:rPr>
        <w:t>Intégrer votre équipe représente pour moi une opportunité de mettre à profit mes compétences et de contribuer activement au développement de votre entreprise.</w:t>
      </w:r>
    </w:p>
    <w:p>
      <w:r>
        <w:rPr>
          <w:b w:val="0"/>
          <w:sz w:val="20"/>
        </w:rPr>
        <w:t>Je suis particulièrement motivé(e) par ____________________________________________________, et je suis convaincu(e) que mes qualités de ____________________________________________________ répondront pleinement à vos attentes.</w:t>
      </w:r>
    </w:p>
    <w:p/>
    <w:p>
      <w:r>
        <w:rPr>
          <w:b/>
          <w:sz w:val="20"/>
        </w:rPr>
        <w:t>Disponibilités :</w:t>
      </w:r>
    </w:p>
    <w:p>
      <w:r>
        <w:rPr>
          <w:b w:val="0"/>
          <w:sz w:val="20"/>
        </w:rPr>
        <w:t>Je suis disponible à partir de ____________________________________________________, et reste ouvert(e) à toute proposition de rendez-vous pour un entretien.</w:t>
      </w:r>
    </w:p>
    <w:p/>
    <w:p>
      <w:r>
        <w:rPr>
          <w:b/>
          <w:sz w:val="20"/>
        </w:rPr>
        <w:t>Formule de politesse :</w:t>
      </w:r>
    </w:p>
    <w:p>
      <w:r>
        <w:rPr>
          <w:b w:val="0"/>
          <w:sz w:val="20"/>
        </w:rPr>
        <w:t>Je vous prie d’agréer, Madame, Monsieur, l’expression de mes salutations distinguées.</w:t>
      </w:r>
    </w:p>
    <w:p/>
    <w:p/>
    <w:p>
      <w:r>
        <w:rPr>
          <w:b w:val="0"/>
          <w:sz w:val="20"/>
        </w:rPr>
        <w:t>Lieu : ____________________________________________</w:t>
      </w:r>
    </w:p>
    <w:p>
      <w:r>
        <w:rPr>
          <w:b w:val="0"/>
          <w:sz w:val="20"/>
        </w:rPr>
        <w:t>Signature : 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0"/>
              </w:rPr>
              <w:t>Références professionnelles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0"/>
              </w:rPr>
              <w:t>Formations complémentaires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0"/>
              </w:rPr>
              <w:t>Nom : ___________________________</w:t>
              <w:br/>
              <w:t>Contact : ________________________</w:t>
              <w:br/>
              <w:t>Fonction : 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0"/>
              </w:rPr>
              <w:t>Intitulé : _______________________</w:t>
              <w:br/>
              <w:t>Organisme : _____________________</w:t>
              <w:br/>
              <w:t>Année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https://juridique-travail.com/demande-d'emploi/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https://juridique-travail.com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juridique-travail.com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travail.com/demande-d'emploi/" TargetMode="External"/><Relationship Id="rId10" Type="http://schemas.openxmlformats.org/officeDocument/2006/relationships/hyperlink" Target="https://juridique-trav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