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TRAVAIL À TEMPS PARTIEL POUR RAISON FAMILIALE</w:t>
      </w:r>
    </w:p>
    <w:p/>
    <w:p/>
    <w:p>
      <w:r>
        <w:rPr>
          <w:b/>
          <w:sz w:val="20"/>
        </w:rPr>
        <w:t>Informations du salarié :</w:t>
      </w:r>
    </w:p>
    <w:p>
      <w:r>
        <w:rPr>
          <w:b w:val="0"/>
          <w:sz w:val="20"/>
        </w:rPr>
        <w:t>Nom et prénom : 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_____________________________________________________</w:t>
      </w:r>
    </w:p>
    <w:p>
      <w:r>
        <w:rPr>
          <w:b w:val="0"/>
          <w:sz w:val="20"/>
        </w:rPr>
        <w:t>Poste occupé : _____________________________________________________________</w:t>
      </w:r>
    </w:p>
    <w:p>
      <w:r>
        <w:rPr>
          <w:b w:val="0"/>
          <w:sz w:val="20"/>
        </w:rPr>
        <w:t>Service / Département : ____________________________________________________</w:t>
      </w:r>
    </w:p>
    <w:p>
      <w:r>
        <w:rPr>
          <w:b w:val="0"/>
          <w:sz w:val="20"/>
        </w:rPr>
        <w:t>Date d’entrée dans l’entreprise : ___________________________________________</w:t>
      </w:r>
    </w:p>
    <w:p/>
    <w:p>
      <w:r>
        <w:rPr>
          <w:b/>
          <w:sz w:val="20"/>
        </w:rPr>
        <w:t>Informations de l’employeur :</w:t>
      </w:r>
    </w:p>
    <w:p>
      <w:r>
        <w:rPr>
          <w:b w:val="0"/>
          <w:sz w:val="20"/>
        </w:rPr>
        <w:t>Nom de l’entreprise : 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_____________________________________________________</w:t>
      </w:r>
    </w:p>
    <w:p>
      <w:r>
        <w:rPr>
          <w:b w:val="0"/>
          <w:sz w:val="20"/>
        </w:rPr>
        <w:t>Nom du responsable hiérarchique : _________________________________________</w:t>
      </w:r>
    </w:p>
    <w:p>
      <w:r>
        <w:rPr>
          <w:b w:val="0"/>
          <w:sz w:val="20"/>
        </w:rPr>
        <w:t>Fonction : ________________________________________________________________</w:t>
      </w:r>
    </w:p>
    <w:p/>
    <w:p>
      <w:r>
        <w:rPr>
          <w:b/>
          <w:sz w:val="20"/>
        </w:rPr>
        <w:t>Objet de la demande :</w:t>
      </w:r>
    </w:p>
    <w:p>
      <w:r>
        <w:rPr>
          <w:b w:val="0"/>
          <w:sz w:val="20"/>
        </w:rPr>
        <w:t>Par la présente, je sollicite un aménagement de mon temps de travail en temps partiel pour raison familiale conformément aux dispositions des articles L3123-1 et suivants du Code du travail.</w:t>
      </w:r>
    </w:p>
    <w:p>
      <w:r>
        <w:rPr>
          <w:b w:val="0"/>
          <w:sz w:val="20"/>
        </w:rPr>
        <w:t>Cette demande est motivée par les raisons familiales suivantes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Durée souhaitée du travail à temps partiel :</w:t>
      </w:r>
    </w:p>
    <w:p>
      <w:r>
        <w:rPr>
          <w:b w:val="0"/>
          <w:sz w:val="20"/>
        </w:rPr>
        <w:t>Je souhaiterais bénéficier d’un temps partiel d’une durée de :</w:t>
      </w:r>
    </w:p>
    <w:p>
      <w:r>
        <w:rPr>
          <w:b w:val="0"/>
          <w:sz w:val="20"/>
        </w:rPr>
        <w:t>- Début souhaité (sans date précise) : ________________________________________</w:t>
      </w:r>
    </w:p>
    <w:p>
      <w:r>
        <w:rPr>
          <w:b w:val="0"/>
          <w:sz w:val="20"/>
        </w:rPr>
        <w:t>- Durée de la période : ______________________________________________________</w:t>
      </w:r>
    </w:p>
    <w:p>
      <w:r>
        <w:rPr>
          <w:b w:val="0"/>
          <w:sz w:val="20"/>
        </w:rPr>
        <w:t>- Répartition hebdomadaire souhaitée : _______________________________________</w:t>
      </w:r>
    </w:p>
    <w:p>
      <w:r>
        <w:rPr>
          <w:b w:val="0"/>
          <w:sz w:val="20"/>
        </w:rPr>
        <w:t xml:space="preserve">  (exemple : nombre de jours travaillés par semaine, horaires, jours de repos)</w:t>
      </w:r>
    </w:p>
    <w:p/>
    <w:p>
      <w:r>
        <w:rPr>
          <w:b/>
          <w:sz w:val="20"/>
        </w:rPr>
        <w:t>Modalités du travail à temps partiel :</w:t>
      </w:r>
    </w:p>
    <w:p>
      <w:r>
        <w:rPr>
          <w:b w:val="0"/>
          <w:sz w:val="20"/>
        </w:rPr>
        <w:t>Je propose la répartition suivante de mon temps de travail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Engagements du salarié :</w:t>
      </w:r>
    </w:p>
    <w:p>
      <w:r>
        <w:rPr>
          <w:b w:val="0"/>
          <w:sz w:val="20"/>
        </w:rPr>
        <w:t>Je m’engage à respecter les modalités de travail à temps partiel qui seront définies par accord avec mon employeur et à respecter les obligations liées à ce mode de travail conformément à la législation en vigueur.</w:t>
      </w:r>
    </w:p>
    <w:p/>
    <w:p>
      <w:r>
        <w:rPr>
          <w:b/>
          <w:sz w:val="20"/>
        </w:rPr>
        <w:t>Demande de réponse :</w:t>
      </w:r>
    </w:p>
    <w:p>
      <w:r>
        <w:rPr>
          <w:b w:val="0"/>
          <w:sz w:val="20"/>
        </w:rPr>
        <w:t>Je vous remercie de bien vouloir prendre en considération cette demande et de m’informer de votre décision dans les meilleurs délais conformément aux dispositions légales.</w:t>
      </w:r>
    </w:p>
    <w:p/>
    <w:p/>
    <w:p>
      <w:r>
        <w:rPr>
          <w:b w:val="0"/>
          <w:sz w:val="20"/>
        </w:rPr>
        <w:t>Veuillez agréer, Madame, Monsieur, l’expression de mes salutations distinguées.</w:t>
      </w:r>
    </w:p>
    <w:p/>
    <w:p/>
    <w:p/>
    <w:p>
      <w:r>
        <w:rPr>
          <w:b w:val="0"/>
          <w:sz w:val="20"/>
        </w:rPr>
        <w:t>Lieu : ______________________________________</w:t>
      </w:r>
    </w:p>
    <w:p>
      <w:r>
        <w:rPr>
          <w:b w:val="0"/>
          <w:sz w:val="20"/>
        </w:rPr>
        <w:t>Date : ______________________________________</w:t>
      </w:r>
    </w:p>
    <w:p/>
    <w:p/>
    <w:p/>
    <w:p>
      <w:r>
        <w:rPr>
          <w:b w:val="0"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https://juridique-travail.com/demande-de-travail-a-temps-partiel-pour-raison-familiale/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demande-de-travail-a-temps-partiel-pour-raison-familial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