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CONTRAT DE TRAVAIL</w:t>
      </w:r>
    </w:p>
    <w:p/>
    <w:p/>
    <w:p>
      <w:r>
        <w:rPr>
          <w:b/>
          <w:sz w:val="20"/>
        </w:rPr>
        <w:t>À l'attention de : _______________________________</w:t>
      </w:r>
    </w:p>
    <w:p>
      <w:r>
        <w:rPr>
          <w:b/>
          <w:sz w:val="20"/>
        </w:rPr>
        <w:t>Objet : Demande de contrat de travail</w:t>
      </w:r>
    </w:p>
    <w:p/>
    <w:p>
      <w:r>
        <w:rPr>
          <w:b/>
          <w:sz w:val="20"/>
        </w:rPr>
        <w:t>Coordonnées du demandeur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Adresse e-mail : ________________________________________________</w:t>
      </w:r>
    </w:p>
    <w:p/>
    <w:p>
      <w:r>
        <w:rPr>
          <w:b/>
          <w:sz w:val="20"/>
        </w:rPr>
        <w:t>Présentation :</w:t>
      </w:r>
    </w:p>
    <w:p>
      <w:r>
        <w:rPr>
          <w:b w:val="0"/>
          <w:sz w:val="20"/>
        </w:rPr>
        <w:t>Je soussigné(e), ________________________________________________________, souhaite soumettre ma candidature pour un contrat de travail au sein de votre entreprise.</w:t>
      </w:r>
    </w:p>
    <w:p>
      <w:r>
        <w:rPr>
          <w:b w:val="0"/>
          <w:sz w:val="20"/>
        </w:rPr>
        <w:t>Titulaire de qualifications et expériences professionnelles adaptées, je suis motivé(e) à contribuer activement à vos projets.</w:t>
      </w:r>
    </w:p>
    <w:p/>
    <w:p>
      <w:r>
        <w:rPr>
          <w:b/>
          <w:sz w:val="20"/>
        </w:rPr>
        <w:t>Poste souhaité :</w:t>
      </w:r>
    </w:p>
    <w:p>
      <w:r>
        <w:rPr>
          <w:b w:val="0"/>
          <w:sz w:val="20"/>
        </w:rPr>
        <w:t>Intitulé du poste : _________________________________________________</w:t>
      </w:r>
    </w:p>
    <w:p>
      <w:r>
        <w:rPr>
          <w:b w:val="0"/>
          <w:sz w:val="20"/>
        </w:rPr>
        <w:t>Type de contrat souhaité (CDI, CDD, apprentissage, etc.) : ______________</w:t>
      </w:r>
    </w:p>
    <w:p>
      <w:r>
        <w:rPr>
          <w:b w:val="0"/>
          <w:sz w:val="20"/>
        </w:rPr>
        <w:t>Disponibilité : ______________________________________________________</w:t>
      </w:r>
    </w:p>
    <w:p/>
    <w:p>
      <w:r>
        <w:rPr>
          <w:b/>
          <w:sz w:val="20"/>
        </w:rPr>
        <w:t>Motivations :</w:t>
      </w:r>
    </w:p>
    <w:p>
      <w:r>
        <w:rPr>
          <w:b w:val="0"/>
          <w:sz w:val="20"/>
        </w:rPr>
        <w:t>Je suis particulièrement intéressé(e) par ce poste en raison de 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/>
          <w:sz w:val="20"/>
        </w:rPr>
        <w:t>Qualifications et expériences :</w:t>
      </w:r>
    </w:p>
    <w:p>
      <w:r>
        <w:rPr>
          <w:b w:val="0"/>
          <w:sz w:val="20"/>
        </w:rPr>
        <w:t>Diplômes obtenus : _________________________________________________</w:t>
      </w:r>
    </w:p>
    <w:p>
      <w:r>
        <w:rPr>
          <w:b w:val="0"/>
          <w:sz w:val="20"/>
        </w:rPr>
        <w:t>Expériences professionnelles pertinentes : ___________________________</w:t>
      </w:r>
    </w:p>
    <w:p>
      <w:r>
        <w:rPr>
          <w:b w:val="0"/>
          <w:sz w:val="20"/>
        </w:rPr>
        <w:t>Compétences spécifiques : ___________________________________________</w:t>
      </w:r>
    </w:p>
    <w:p/>
    <w:p>
      <w:r>
        <w:rPr>
          <w:b/>
          <w:sz w:val="20"/>
        </w:rPr>
        <w:t>Engagements du demandeur :</w:t>
      </w:r>
    </w:p>
    <w:p>
      <w:r>
        <w:rPr>
          <w:b w:val="0"/>
          <w:sz w:val="20"/>
        </w:rPr>
        <w:t>Je m'engage à respecter les règles et procédures de votre entreprise ainsi qu'à accomplir les tâches qui me seront confiées avec diligence et professionnalisme.</w:t>
      </w:r>
    </w:p>
    <w:p/>
    <w:p>
      <w:r>
        <w:rPr>
          <w:b/>
          <w:sz w:val="20"/>
        </w:rPr>
        <w:t>Demande d'entretien :</w:t>
      </w:r>
    </w:p>
    <w:p>
      <w:r>
        <w:rPr>
          <w:b w:val="0"/>
          <w:sz w:val="20"/>
        </w:rPr>
        <w:t>Je me tiens à votre disposition pour un entretien afin de vous exposer plus en détail ma candidature et mes motivations.</w:t>
      </w:r>
    </w:p>
    <w:p/>
    <w:p>
      <w:r>
        <w:rPr>
          <w:b/>
          <w:sz w:val="20"/>
        </w:rPr>
        <w:t>Formule de politesse :</w:t>
      </w:r>
    </w:p>
    <w:p>
      <w:r>
        <w:rPr>
          <w:b w:val="0"/>
          <w:sz w:val="20"/>
        </w:rPr>
        <w:t>Je vous prie d'agréer, Madame, Monsieur, l'expression de mes salutations distinguées.</w:t>
      </w:r>
    </w:p>
    <w:p/>
    <w:p/>
    <w:p>
      <w:r>
        <w:rPr>
          <w:b w:val="0"/>
          <w:sz w:val="20"/>
        </w:rPr>
        <w:t>Lieu : ________________________________    Date : 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https://juridique-travail.com/demande-de-contrat-de-travail/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demande-de-contrat-de-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