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CONGÉ</w:t>
      </w:r>
    </w:p>
    <w:p/>
    <w:p/>
    <w:p>
      <w:r>
        <w:rPr>
          <w:b/>
          <w:sz w:val="20"/>
        </w:rPr>
        <w:t>Informations du salarié :</w:t>
      </w:r>
    </w:p>
    <w:p>
      <w:r>
        <w:rPr>
          <w:b w:val="0"/>
          <w:sz w:val="20"/>
        </w:rPr>
        <w:t>Nom : _____________________________________________________________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__________________________________________________________</w:t>
      </w:r>
    </w:p>
    <w:p>
      <w:r>
        <w:rPr>
          <w:b w:val="0"/>
          <w:sz w:val="20"/>
        </w:rPr>
        <w:t>Service / Poste : _________________________________________________</w:t>
      </w:r>
    </w:p>
    <w:p>
      <w:r>
        <w:rPr>
          <w:b w:val="0"/>
          <w:sz w:val="20"/>
        </w:rPr>
        <w:t>Matricule / Identifiant : __________________________________________</w:t>
      </w:r>
    </w:p>
    <w:p/>
    <w:p>
      <w:r>
        <w:rPr>
          <w:b/>
          <w:sz w:val="20"/>
        </w:rPr>
        <w:t>Informations de l’employeur :</w:t>
      </w:r>
    </w:p>
    <w:p>
      <w:r>
        <w:rPr>
          <w:b w:val="0"/>
          <w:sz w:val="20"/>
        </w:rPr>
        <w:t>Nom de l’entreprise : 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Nom du responsable hiérarchique : 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congé annuel / congé exceptionnel / congé sans solde (rayer la mention inutile)</w:t>
      </w:r>
    </w:p>
    <w:p/>
    <w:p>
      <w:r>
        <w:rPr>
          <w:b/>
          <w:sz w:val="20"/>
        </w:rPr>
        <w:t>Période de congé demandée :</w:t>
      </w:r>
    </w:p>
    <w:p>
      <w:r>
        <w:rPr>
          <w:b w:val="0"/>
          <w:sz w:val="20"/>
        </w:rPr>
        <w:t>Date de début : ___________________    Date de fin : __________________</w:t>
      </w:r>
    </w:p>
    <w:p>
      <w:r>
        <w:rPr>
          <w:b w:val="0"/>
          <w:sz w:val="20"/>
        </w:rPr>
        <w:t>Nombre de jours ouvrés : __________________________________________</w:t>
      </w:r>
    </w:p>
    <w:p/>
    <w:p>
      <w:r>
        <w:rPr>
          <w:b/>
          <w:sz w:val="20"/>
        </w:rPr>
        <w:t>Motif du congé (le cas échéant)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Rappel des obligations du salarié :</w:t>
      </w:r>
    </w:p>
    <w:p>
      <w:r>
        <w:rPr>
          <w:b w:val="0"/>
          <w:sz w:val="20"/>
        </w:rPr>
        <w:t>Le salarié s’engage à respecter les procédures internes de demande de congé et à informer son employeur suffisamment à l’avance conformément aux dispositions légales et conventionnelles en vigueur.</w:t>
      </w:r>
    </w:p>
    <w:p/>
    <w:p>
      <w:r>
        <w:rPr>
          <w:b/>
          <w:sz w:val="20"/>
        </w:rPr>
        <w:t>Confirmation de la demande :</w:t>
      </w:r>
    </w:p>
    <w:p>
      <w:r>
        <w:rPr>
          <w:b w:val="0"/>
          <w:sz w:val="20"/>
        </w:rPr>
        <w:t>Je soussigné(e), _________________________________________________, demande à bénéficier du congé précité aux dates indiquées ci-dessus.</w:t>
      </w:r>
    </w:p>
    <w:p>
      <w:r>
        <w:rPr>
          <w:b w:val="0"/>
          <w:sz w:val="20"/>
        </w:rPr>
        <w:t>Je certifie que les informations fournies sont exactes et m’engage à reprendre mon poste à l’issue de ce congé.</w:t>
      </w:r>
    </w:p>
    <w:p/>
    <w:p/>
    <w:p>
      <w:r>
        <w:rPr>
          <w:b w:val="0"/>
          <w:sz w:val="20"/>
        </w:rPr>
        <w:t>Signature du salarié : ______________________________________________</w:t>
      </w:r>
    </w:p>
    <w:p/>
    <w:p/>
    <w:p>
      <w:r>
        <w:rPr>
          <w:b/>
          <w:sz w:val="20"/>
        </w:rPr>
        <w:t>Décision de l’employeur :</w:t>
      </w:r>
    </w:p>
    <w:p>
      <w:r>
        <w:rPr>
          <w:b w:val="0"/>
          <w:sz w:val="20"/>
        </w:rPr>
        <w:t>☐ Acceptée</w:t>
      </w:r>
    </w:p>
    <w:p>
      <w:r>
        <w:rPr>
          <w:b w:val="0"/>
          <w:sz w:val="20"/>
        </w:rPr>
        <w:t>☐ Refusée</w:t>
      </w:r>
    </w:p>
    <w:p>
      <w:r>
        <w:rPr>
          <w:b w:val="0"/>
          <w:sz w:val="20"/>
        </w:rPr>
        <w:t>Motifs (le cas échéant) : 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 w:val="0"/>
          <w:sz w:val="20"/>
        </w:rPr>
        <w:t>Signature de l’employeur : __________________________________________</w:t>
      </w:r>
    </w:p>
    <w:p/>
    <w:p/>
    <w:p>
      <w:r>
        <w:rPr>
          <w:b w:val="0"/>
          <w:sz w:val="20"/>
        </w:rPr>
        <w:t>Fait à : 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https://juridique-travail.com/demande-de-conge/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demande-de-cong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