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CONGÉ POUR RAISON PERSONNELLE</w:t>
      </w:r>
    </w:p>
    <w:p/>
    <w:p/>
    <w:p>
      <w:r>
        <w:rPr>
          <w:b/>
          <w:sz w:val="20"/>
        </w:rPr>
        <w:t>Coordonnées du Salarié :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Poste : ________________________________________________________</w:t>
      </w:r>
    </w:p>
    <w:p>
      <w:r>
        <w:rPr>
          <w:b w:val="0"/>
          <w:sz w:val="20"/>
        </w:rPr>
        <w:t>Service/Équipe : _______________________________________________</w:t>
      </w:r>
    </w:p>
    <w:p>
      <w:r>
        <w:rPr>
          <w:b w:val="0"/>
          <w:sz w:val="20"/>
        </w:rPr>
        <w:t>Adresse professionnelle : 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/>
    <w:p>
      <w:r>
        <w:rPr>
          <w:b/>
          <w:sz w:val="20"/>
        </w:rPr>
        <w:t>Coordonnées de l'Employeur :</w:t>
      </w:r>
    </w:p>
    <w:p>
      <w:r>
        <w:rPr>
          <w:b w:val="0"/>
          <w:sz w:val="20"/>
        </w:rPr>
        <w:t>Entreprise : _________________________________________________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Nom du Responsable Hiérarchique : ____________________________</w:t>
      </w:r>
    </w:p>
    <w:p>
      <w:r>
        <w:rPr>
          <w:b w:val="0"/>
          <w:sz w:val="20"/>
        </w:rPr>
        <w:t>Fonction du Responsable Hiérarchique : ________________________</w:t>
      </w:r>
    </w:p>
    <w:p>
      <w:r>
        <w:rPr>
          <w:b w:val="0"/>
          <w:sz w:val="20"/>
        </w:rPr>
        <w:t>Téléphone : __________________________________________________</w:t>
      </w:r>
    </w:p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Demande de congé pour raison personnelle conformément aux dispositions légales et conventionnelles en vigueur.</w:t>
      </w:r>
    </w:p>
    <w:p/>
    <w:p>
      <w:r>
        <w:rPr>
          <w:b/>
          <w:sz w:val="20"/>
        </w:rPr>
        <w:t>Période de congé demandée :</w:t>
      </w:r>
    </w:p>
    <w:p>
      <w:r>
        <w:rPr>
          <w:b w:val="0"/>
          <w:sz w:val="20"/>
        </w:rPr>
        <w:t>Date de début du congé : ______________________________</w:t>
      </w:r>
    </w:p>
    <w:p>
      <w:r>
        <w:rPr>
          <w:b w:val="0"/>
          <w:sz w:val="20"/>
        </w:rPr>
        <w:t>Date de fin du congé : ________________________________</w:t>
      </w:r>
    </w:p>
    <w:p>
      <w:r>
        <w:rPr>
          <w:b w:val="0"/>
          <w:sz w:val="20"/>
        </w:rPr>
        <w:t>Durée totale demandée : _______________________________</w:t>
      </w:r>
    </w:p>
    <w:p/>
    <w:p>
      <w:r>
        <w:rPr>
          <w:b/>
          <w:sz w:val="20"/>
        </w:rPr>
        <w:t>Motif de la demande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Engagements du Salarié :</w:t>
      </w:r>
    </w:p>
    <w:p>
      <w:r>
        <w:rPr>
          <w:b w:val="0"/>
          <w:sz w:val="20"/>
        </w:rPr>
        <w:t>Je m'engage à respecter les conditions prévues par le Code du travail et les accords collectifs applicables concernant le congé pour raison personnelle.</w:t>
      </w:r>
    </w:p>
    <w:p>
      <w:r>
        <w:rPr>
          <w:b w:val="0"/>
          <w:sz w:val="20"/>
        </w:rPr>
        <w:t>Je certifie que cette demande est sincère et motivée par des circonstances personnelles réelles.</w:t>
      </w:r>
    </w:p>
    <w:p>
      <w:r>
        <w:rPr>
          <w:b w:val="0"/>
          <w:sz w:val="20"/>
        </w:rPr>
        <w:t>Je m'engage également à informer mon employeur en cas de modification ou d'annulation de cette demande.</w:t>
      </w:r>
    </w:p>
    <w:p/>
    <w:p>
      <w:r>
        <w:rPr>
          <w:b/>
          <w:sz w:val="20"/>
        </w:rPr>
        <w:t>Confidentialité :</w:t>
      </w:r>
    </w:p>
    <w:p>
      <w:r>
        <w:rPr>
          <w:b w:val="0"/>
          <w:sz w:val="20"/>
        </w:rPr>
        <w:t>Les informations communiquées dans cette demande seront traitées avec confidentialité et utilisées uniquement dans le cadre de la gestion des ressources humaines.</w:t>
      </w:r>
    </w:p>
    <w:p/>
    <w:p>
      <w:r>
        <w:rPr>
          <w:b/>
          <w:sz w:val="20"/>
        </w:rPr>
        <w:t>Demande d’accusé de réception :</w:t>
      </w:r>
    </w:p>
    <w:p>
      <w:r>
        <w:rPr>
          <w:b w:val="0"/>
          <w:sz w:val="20"/>
        </w:rPr>
        <w:t>Je remercie par avance l’employeur de bien vouloir accuser réception de cette demande et de me confirmer la décision dans les meilleurs délais.</w:t>
      </w:r>
    </w:p>
    <w:p/>
    <w:p/>
    <w:p>
      <w:r>
        <w:rPr>
          <w:b w:val="0"/>
          <w:sz w:val="20"/>
        </w:rPr>
        <w:t>Lieu : ___________________________________    Date : ___________________________________</w:t>
      </w:r>
    </w:p>
    <w:p/>
    <w:p/>
    <w:p>
      <w:r>
        <w:rPr>
          <w:b w:val="0"/>
          <w:sz w:val="20"/>
        </w:rPr>
        <w:t>Signature du salarié : ________________________________________________</w:t>
      </w:r>
    </w:p>
    <w:p/>
    <w:p/>
    <w:p/>
    <w:p>
      <w:r>
        <w:rPr>
          <w:b/>
          <w:sz w:val="20"/>
        </w:rPr>
        <w:t>Décision de l’employeur :</w:t>
      </w:r>
    </w:p>
    <w:p>
      <w:r>
        <w:rPr>
          <w:b w:val="0"/>
          <w:sz w:val="20"/>
        </w:rPr>
        <w:t>☐ Acceptée</w:t>
      </w:r>
    </w:p>
    <w:p>
      <w:r>
        <w:rPr>
          <w:b w:val="0"/>
          <w:sz w:val="20"/>
        </w:rPr>
        <w:t>☐ Refusée</w:t>
      </w:r>
    </w:p>
    <w:p>
      <w:r>
        <w:rPr>
          <w:b w:val="0"/>
          <w:sz w:val="20"/>
        </w:rPr>
        <w:t>Commentaires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 w:val="0"/>
          <w:sz w:val="20"/>
        </w:rPr>
        <w:t>Signature de l’employeur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https://juridique-travail.com/demande-de-conge-pour-raison-personnel/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demande-de-conge-pour-raison-personne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